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BAD5C" w14:textId="3DD585A2" w:rsidR="0089043C" w:rsidRPr="00C802B6" w:rsidRDefault="0089043C" w:rsidP="0089043C">
      <w:pPr>
        <w:pBdr>
          <w:bottom w:val="single" w:sz="12" w:space="0" w:color="1A365D"/>
        </w:pBdr>
        <w:spacing w:before="80" w:after="240"/>
        <w:jc w:val="both"/>
        <w:rPr>
          <w:b/>
          <w:color w:val="auto"/>
          <w:sz w:val="36"/>
          <w:szCs w:val="28"/>
          <w:lang w:val="it-IT"/>
        </w:rPr>
      </w:pPr>
      <w:r w:rsidRPr="00C802B6">
        <w:rPr>
          <w:noProof/>
          <w:color w:val="auto"/>
          <w:lang w:val="it-IT"/>
        </w:rPr>
        <w:drawing>
          <wp:anchor distT="0" distB="0" distL="114300" distR="114300" simplePos="0" relativeHeight="251658240" behindDoc="0" locked="0" layoutInCell="1" allowOverlap="1" wp14:anchorId="1E7D5AB2" wp14:editId="72098E49">
            <wp:simplePos x="0" y="0"/>
            <wp:positionH relativeFrom="column">
              <wp:posOffset>361950</wp:posOffset>
            </wp:positionH>
            <wp:positionV relativeFrom="paragraph">
              <wp:posOffset>-379827</wp:posOffset>
            </wp:positionV>
            <wp:extent cx="5823585" cy="1824990"/>
            <wp:effectExtent l="0" t="0" r="5715" b="3810"/>
            <wp:wrapNone/>
            <wp:docPr id="110022297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22976" name=""/>
                    <pic:cNvPicPr/>
                  </pic:nvPicPr>
                  <pic:blipFill>
                    <a:blip r:embed="rId8"/>
                    <a:stretch>
                      <a:fillRect/>
                    </a:stretch>
                  </pic:blipFill>
                  <pic:spPr>
                    <a:xfrm>
                      <a:off x="0" y="0"/>
                      <a:ext cx="5823585" cy="1824990"/>
                    </a:xfrm>
                    <a:prstGeom prst="rect">
                      <a:avLst/>
                    </a:prstGeom>
                  </pic:spPr>
                </pic:pic>
              </a:graphicData>
            </a:graphic>
          </wp:anchor>
        </w:drawing>
      </w:r>
    </w:p>
    <w:p w14:paraId="6541949C" w14:textId="77777777" w:rsidR="0089043C" w:rsidRPr="00C802B6" w:rsidRDefault="0089043C" w:rsidP="0089043C">
      <w:pPr>
        <w:pBdr>
          <w:bottom w:val="single" w:sz="12" w:space="0" w:color="1A365D"/>
        </w:pBdr>
        <w:spacing w:before="80" w:after="240"/>
        <w:jc w:val="both"/>
        <w:rPr>
          <w:b/>
          <w:color w:val="auto"/>
          <w:sz w:val="36"/>
          <w:szCs w:val="28"/>
          <w:lang w:val="it-IT"/>
        </w:rPr>
      </w:pPr>
    </w:p>
    <w:p w14:paraId="32444F9F" w14:textId="77777777" w:rsidR="0089043C" w:rsidRPr="00C802B6" w:rsidRDefault="0089043C" w:rsidP="0089043C">
      <w:pPr>
        <w:pBdr>
          <w:bottom w:val="single" w:sz="12" w:space="0" w:color="1A365D"/>
        </w:pBdr>
        <w:spacing w:before="80" w:after="240"/>
        <w:jc w:val="both"/>
        <w:rPr>
          <w:b/>
          <w:color w:val="auto"/>
          <w:sz w:val="36"/>
          <w:szCs w:val="28"/>
          <w:lang w:val="it-IT"/>
        </w:rPr>
      </w:pPr>
    </w:p>
    <w:p w14:paraId="3CA46D73" w14:textId="77777777" w:rsidR="0089043C" w:rsidRPr="00C802B6" w:rsidRDefault="0089043C" w:rsidP="0089043C">
      <w:pPr>
        <w:pBdr>
          <w:bottom w:val="single" w:sz="12" w:space="0" w:color="1A365D"/>
        </w:pBdr>
        <w:spacing w:before="80" w:after="240"/>
        <w:jc w:val="both"/>
        <w:rPr>
          <w:b/>
          <w:color w:val="auto"/>
          <w:sz w:val="20"/>
          <w:szCs w:val="16"/>
          <w:lang w:val="it-IT"/>
        </w:rPr>
      </w:pPr>
    </w:p>
    <w:p w14:paraId="6761B899" w14:textId="3F002C24" w:rsidR="005F49E7" w:rsidRPr="00C802B6" w:rsidRDefault="00000000" w:rsidP="00230BD6">
      <w:pPr>
        <w:spacing w:before="280"/>
        <w:jc w:val="center"/>
        <w:rPr>
          <w:color w:val="auto"/>
          <w:sz w:val="24"/>
          <w:szCs w:val="28"/>
          <w:lang w:val="it-IT"/>
        </w:rPr>
      </w:pPr>
      <w:r w:rsidRPr="00C802B6">
        <w:rPr>
          <w:b/>
          <w:color w:val="auto"/>
          <w:sz w:val="36"/>
          <w:szCs w:val="28"/>
          <w:lang w:val="it-IT"/>
        </w:rPr>
        <w:t>PATTO EDUCATIVO DI CORRESPONSABILITÀ SCUOLA-FAMIGLIA</w:t>
      </w:r>
    </w:p>
    <w:p w14:paraId="19613417" w14:textId="79D62314" w:rsidR="00FE3063" w:rsidRPr="00682D21" w:rsidRDefault="00FE3063" w:rsidP="00FE3063">
      <w:pPr>
        <w:spacing w:after="240"/>
        <w:jc w:val="center"/>
        <w:rPr>
          <w:sz w:val="28"/>
          <w:szCs w:val="32"/>
          <w:lang w:val="it-IT"/>
        </w:rPr>
      </w:pPr>
      <w:r w:rsidRPr="00682D21">
        <w:rPr>
          <w:rFonts w:asciiTheme="majorHAnsi" w:hAnsiTheme="majorHAnsi" w:cstheme="majorHAnsi"/>
          <w:b/>
          <w:sz w:val="32"/>
          <w:szCs w:val="32"/>
          <w:lang w:val="it-IT"/>
        </w:rPr>
        <w:t xml:space="preserve">Scuola </w:t>
      </w:r>
      <w:r>
        <w:rPr>
          <w:rFonts w:asciiTheme="majorHAnsi" w:hAnsiTheme="majorHAnsi" w:cstheme="majorHAnsi"/>
          <w:b/>
          <w:sz w:val="32"/>
          <w:szCs w:val="32"/>
          <w:lang w:val="it-IT"/>
        </w:rPr>
        <w:t>Primaria e Secondaria di I grado</w:t>
      </w:r>
      <w:r w:rsidRPr="00682D21">
        <w:rPr>
          <w:rFonts w:asciiTheme="majorHAnsi" w:hAnsiTheme="majorHAnsi" w:cstheme="majorHAnsi"/>
          <w:b/>
          <w:sz w:val="32"/>
          <w:szCs w:val="32"/>
          <w:lang w:val="it-IT"/>
        </w:rPr>
        <w:t xml:space="preserve"> - </w:t>
      </w:r>
      <w:r w:rsidRPr="00682D21">
        <w:rPr>
          <w:b/>
          <w:sz w:val="32"/>
          <w:szCs w:val="32"/>
          <w:lang w:val="it-IT"/>
        </w:rPr>
        <w:t>Anno Scolastico 2026/27</w:t>
      </w:r>
    </w:p>
    <w:p w14:paraId="1E450EAD" w14:textId="6607B8F8" w:rsidR="00C802B6" w:rsidRPr="00656150" w:rsidRDefault="00C802B6" w:rsidP="00C802B6">
      <w:pPr>
        <w:spacing w:after="120"/>
        <w:jc w:val="both"/>
        <w:rPr>
          <w:iCs/>
          <w:color w:val="auto"/>
          <w:sz w:val="22"/>
          <w:lang w:val="it-IT"/>
        </w:rPr>
      </w:pPr>
      <w:r w:rsidRPr="00656150">
        <w:rPr>
          <w:iCs/>
          <w:color w:val="auto"/>
          <w:sz w:val="22"/>
          <w:lang w:val="it-IT"/>
        </w:rPr>
        <w:t xml:space="preserve">Il Piano dell'Offerta Formativa si può realizzare solo attraverso la partecipazione responsabile di tutte le componenti della comunità scolastica e la sua realizzazione dipenderà quindi dall'assunzione di specifici impegni da parte di tutti; pertanto, </w:t>
      </w:r>
    </w:p>
    <w:p w14:paraId="01673DF9" w14:textId="14A11615" w:rsidR="00C802B6" w:rsidRPr="00656150" w:rsidRDefault="00C802B6" w:rsidP="00C802B6">
      <w:pPr>
        <w:spacing w:after="120"/>
        <w:jc w:val="both"/>
        <w:rPr>
          <w:iCs/>
          <w:color w:val="auto"/>
          <w:sz w:val="22"/>
          <w:lang w:val="it-IT"/>
        </w:rPr>
      </w:pPr>
      <w:r w:rsidRPr="00656150">
        <w:rPr>
          <w:b/>
          <w:bCs/>
          <w:iCs/>
          <w:color w:val="auto"/>
          <w:sz w:val="22"/>
          <w:lang w:val="it-IT"/>
        </w:rPr>
        <w:t>PRESO ATTO</w:t>
      </w:r>
      <w:r w:rsidRPr="00656150">
        <w:rPr>
          <w:iCs/>
          <w:color w:val="auto"/>
          <w:sz w:val="22"/>
          <w:lang w:val="it-IT"/>
        </w:rPr>
        <w:t xml:space="preserve"> che la formazione e l'educazione sono processi complessi e continui che richiedono la cooperazione, oltre che dello studente, della Scuola, della famiglia e dell'intera comunità scolastica;</w:t>
      </w:r>
    </w:p>
    <w:p w14:paraId="6C7D08DF" w14:textId="3BA82520" w:rsidR="00C802B6" w:rsidRPr="00656150" w:rsidRDefault="00C802B6" w:rsidP="00C802B6">
      <w:pPr>
        <w:spacing w:after="120"/>
        <w:jc w:val="both"/>
        <w:rPr>
          <w:iCs/>
          <w:color w:val="auto"/>
          <w:sz w:val="22"/>
          <w:lang w:val="it-IT"/>
        </w:rPr>
      </w:pPr>
      <w:r w:rsidRPr="00656150">
        <w:rPr>
          <w:b/>
          <w:bCs/>
          <w:iCs/>
          <w:color w:val="auto"/>
          <w:sz w:val="22"/>
          <w:lang w:val="it-IT"/>
        </w:rPr>
        <w:t>PRESO ATTO</w:t>
      </w:r>
      <w:r w:rsidRPr="00656150">
        <w:rPr>
          <w:iCs/>
          <w:color w:val="auto"/>
          <w:sz w:val="22"/>
          <w:lang w:val="it-IT"/>
        </w:rPr>
        <w:t xml:space="preserve"> che la Scuola non è soltanto il luogo in cui si realizza l'apprendimento, ma una comunità organizzata dotata di risorse umane, materiali e immateriali, che necessitano di interventi complessi di gestione, ottimizzazione, conservazione, partecipazione e rispetto dei regolamenti;</w:t>
      </w:r>
    </w:p>
    <w:p w14:paraId="31163FD8" w14:textId="77777777" w:rsidR="00C802B6" w:rsidRPr="00C802B6" w:rsidRDefault="00C802B6" w:rsidP="00C802B6">
      <w:pPr>
        <w:spacing w:after="120"/>
        <w:jc w:val="both"/>
        <w:rPr>
          <w:iCs/>
          <w:color w:val="auto"/>
          <w:lang w:val="it-IT"/>
        </w:rPr>
      </w:pPr>
    </w:p>
    <w:p w14:paraId="23B32981" w14:textId="6D20DDFF" w:rsidR="0089043C" w:rsidRPr="00C802B6" w:rsidRDefault="00000000" w:rsidP="00C802B6">
      <w:pPr>
        <w:spacing w:after="120"/>
        <w:jc w:val="center"/>
        <w:rPr>
          <w:b/>
          <w:color w:val="auto"/>
          <w:sz w:val="28"/>
          <w:szCs w:val="28"/>
          <w:lang w:val="it-IT"/>
        </w:rPr>
      </w:pPr>
      <w:r w:rsidRPr="00C802B6">
        <w:rPr>
          <w:b/>
          <w:color w:val="auto"/>
          <w:sz w:val="28"/>
          <w:szCs w:val="28"/>
          <w:lang w:val="it-IT"/>
        </w:rPr>
        <w:t>L'ISTITUTO</w:t>
      </w:r>
      <w:r w:rsidR="00C802B6" w:rsidRPr="00C802B6">
        <w:rPr>
          <w:b/>
          <w:color w:val="auto"/>
          <w:sz w:val="28"/>
          <w:szCs w:val="28"/>
          <w:lang w:val="it-IT"/>
        </w:rPr>
        <w:t xml:space="preserve"> </w:t>
      </w:r>
      <w:r w:rsidRPr="00C802B6">
        <w:rPr>
          <w:b/>
          <w:color w:val="auto"/>
          <w:sz w:val="28"/>
          <w:szCs w:val="24"/>
          <w:lang w:val="it-IT"/>
        </w:rPr>
        <w:t>STIPULA</w:t>
      </w:r>
      <w:r w:rsidR="00230BD6" w:rsidRPr="00C802B6">
        <w:rPr>
          <w:b/>
          <w:color w:val="auto"/>
          <w:sz w:val="28"/>
          <w:szCs w:val="28"/>
          <w:lang w:val="it-IT"/>
        </w:rPr>
        <w:t xml:space="preserve"> CON LA FAMIGLIA DELL'ALUNNA O DELL’ALUNNO</w:t>
      </w:r>
      <w:r w:rsidR="0089043C" w:rsidRPr="00C802B6">
        <w:rPr>
          <w:b/>
          <w:color w:val="auto"/>
          <w:sz w:val="28"/>
          <w:szCs w:val="28"/>
          <w:lang w:val="it-IT"/>
        </w:rPr>
        <w:t xml:space="preserve"> </w:t>
      </w:r>
      <w:r w:rsidRPr="00C802B6">
        <w:rPr>
          <w:b/>
          <w:color w:val="auto"/>
          <w:sz w:val="28"/>
          <w:szCs w:val="28"/>
          <w:lang w:val="it-IT"/>
        </w:rPr>
        <w:t xml:space="preserve">IL PRESENTE </w:t>
      </w:r>
    </w:p>
    <w:p w14:paraId="7583970C" w14:textId="4CAF38B1" w:rsidR="005F49E7" w:rsidRPr="00C802B6" w:rsidRDefault="00000000" w:rsidP="0089043C">
      <w:pPr>
        <w:spacing w:after="0"/>
        <w:jc w:val="center"/>
        <w:rPr>
          <w:b/>
          <w:color w:val="auto"/>
          <w:sz w:val="28"/>
          <w:szCs w:val="28"/>
          <w:lang w:val="it-IT"/>
        </w:rPr>
      </w:pPr>
      <w:r w:rsidRPr="00C802B6">
        <w:rPr>
          <w:b/>
          <w:color w:val="auto"/>
          <w:sz w:val="28"/>
          <w:szCs w:val="28"/>
          <w:lang w:val="it-IT"/>
        </w:rPr>
        <w:t>PATTO DI CORRESPONSABILITÀ</w:t>
      </w:r>
      <w:r w:rsidR="0089043C" w:rsidRPr="00C802B6">
        <w:rPr>
          <w:b/>
          <w:color w:val="auto"/>
          <w:sz w:val="28"/>
          <w:szCs w:val="28"/>
          <w:lang w:val="it-IT"/>
        </w:rPr>
        <w:t xml:space="preserve">, </w:t>
      </w:r>
      <w:r w:rsidR="00230BD6" w:rsidRPr="00C802B6">
        <w:rPr>
          <w:b/>
          <w:color w:val="auto"/>
          <w:sz w:val="28"/>
          <w:szCs w:val="28"/>
          <w:lang w:val="it-IT"/>
        </w:rPr>
        <w:t>CON IL QUALE</w:t>
      </w:r>
    </w:p>
    <w:p w14:paraId="2B73E447" w14:textId="77777777" w:rsidR="0089043C" w:rsidRPr="00C802B6" w:rsidRDefault="0089043C" w:rsidP="0089043C">
      <w:pPr>
        <w:spacing w:after="0"/>
        <w:jc w:val="center"/>
        <w:rPr>
          <w:color w:val="auto"/>
          <w:sz w:val="24"/>
          <w:szCs w:val="28"/>
          <w:lang w:val="it-IT"/>
        </w:rPr>
      </w:pPr>
    </w:p>
    <w:p w14:paraId="6DDBD3CD" w14:textId="358E2866" w:rsidR="005F49E7" w:rsidRPr="00656150" w:rsidRDefault="00230BD6" w:rsidP="00230BD6">
      <w:pPr>
        <w:jc w:val="both"/>
        <w:rPr>
          <w:color w:val="auto"/>
          <w:sz w:val="22"/>
          <w:lang w:val="it-IT"/>
        </w:rPr>
      </w:pPr>
      <w:r w:rsidRPr="00C802B6">
        <w:rPr>
          <w:b/>
          <w:bCs/>
          <w:color w:val="auto"/>
          <w:lang w:val="it-IT"/>
        </w:rPr>
        <w:t xml:space="preserve">L’ISTITUZIONE SCOLASTICA </w:t>
      </w:r>
      <w:r w:rsidRPr="00656150">
        <w:rPr>
          <w:color w:val="auto"/>
          <w:sz w:val="22"/>
          <w:lang w:val="it-IT"/>
        </w:rPr>
        <w:t>si impegna a:</w:t>
      </w:r>
    </w:p>
    <w:p w14:paraId="25595E54" w14:textId="6493623F" w:rsidR="005F49E7" w:rsidRPr="00656150" w:rsidRDefault="00000000" w:rsidP="00230BD6">
      <w:pPr>
        <w:spacing w:after="60"/>
        <w:ind w:left="360"/>
        <w:jc w:val="both"/>
        <w:rPr>
          <w:color w:val="auto"/>
          <w:sz w:val="22"/>
          <w:lang w:val="it-IT"/>
        </w:rPr>
      </w:pPr>
      <w:r w:rsidRPr="00656150">
        <w:rPr>
          <w:b/>
          <w:color w:val="auto"/>
          <w:sz w:val="22"/>
          <w:lang w:val="it-IT"/>
        </w:rPr>
        <w:t xml:space="preserve">1. </w:t>
      </w:r>
      <w:r w:rsidRPr="00656150">
        <w:rPr>
          <w:color w:val="auto"/>
          <w:sz w:val="22"/>
          <w:lang w:val="it-IT"/>
        </w:rPr>
        <w:t>Fornire alle alunne/i dell'Istituto una formazione culturale qualificata, aperta alla pluralità delle idee, nel rispetto dei principi della Costituzione, dell'identità e nella valorizzazione delle attitudini di ciascuna persona;</w:t>
      </w:r>
    </w:p>
    <w:p w14:paraId="708483EB"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2. </w:t>
      </w:r>
      <w:r w:rsidRPr="00656150">
        <w:rPr>
          <w:color w:val="auto"/>
          <w:sz w:val="22"/>
          <w:lang w:val="it-IT"/>
        </w:rPr>
        <w:t>Offrire un ambiente favorevole alla crescita integrale della persona, ispirato al principio di equità nei confronti di tutti gli utenti, garantendo un servizio didattico di qualità in un clima educativo sereno e favorendo il processo di formazione di ciascuna studentessa e ciascuno studente nel rispetto dei diversi stili e tempi di apprendimento;</w:t>
      </w:r>
    </w:p>
    <w:p w14:paraId="26C5D28C" w14:textId="764D0A64" w:rsidR="005F49E7" w:rsidRPr="00656150" w:rsidRDefault="00000000" w:rsidP="00230BD6">
      <w:pPr>
        <w:spacing w:after="60"/>
        <w:ind w:left="360"/>
        <w:jc w:val="both"/>
        <w:rPr>
          <w:color w:val="auto"/>
          <w:sz w:val="22"/>
          <w:lang w:val="it-IT"/>
        </w:rPr>
      </w:pPr>
      <w:r w:rsidRPr="00656150">
        <w:rPr>
          <w:b/>
          <w:color w:val="auto"/>
          <w:sz w:val="22"/>
          <w:lang w:val="it-IT"/>
        </w:rPr>
        <w:t xml:space="preserve">3. </w:t>
      </w:r>
      <w:r w:rsidRPr="00656150">
        <w:rPr>
          <w:color w:val="auto"/>
          <w:sz w:val="22"/>
          <w:lang w:val="it-IT"/>
        </w:rPr>
        <w:t>Offrire iniziative concrete per il recupero, al fine di favorire il successo formativo e contrastare la dispersione scolastica</w:t>
      </w:r>
      <w:r w:rsidR="00EC7CB0" w:rsidRPr="00656150">
        <w:rPr>
          <w:color w:val="auto"/>
          <w:sz w:val="22"/>
          <w:lang w:val="it-IT"/>
        </w:rPr>
        <w:t xml:space="preserve">, e per il potenziamento, </w:t>
      </w:r>
      <w:r w:rsidRPr="00656150">
        <w:rPr>
          <w:color w:val="auto"/>
          <w:sz w:val="22"/>
          <w:lang w:val="it-IT"/>
        </w:rPr>
        <w:t>promuove</w:t>
      </w:r>
      <w:r w:rsidR="00EC7CB0" w:rsidRPr="00656150">
        <w:rPr>
          <w:color w:val="auto"/>
          <w:sz w:val="22"/>
          <w:lang w:val="it-IT"/>
        </w:rPr>
        <w:t xml:space="preserve">ndo </w:t>
      </w:r>
      <w:r w:rsidR="00C1144A">
        <w:rPr>
          <w:color w:val="auto"/>
          <w:sz w:val="22"/>
          <w:lang w:val="it-IT"/>
        </w:rPr>
        <w:t>l’impegno</w:t>
      </w:r>
      <w:r w:rsidRPr="00656150">
        <w:rPr>
          <w:color w:val="auto"/>
          <w:sz w:val="22"/>
          <w:lang w:val="it-IT"/>
        </w:rPr>
        <w:t xml:space="preserve"> e incentiva</w:t>
      </w:r>
      <w:r w:rsidR="00EC7CB0" w:rsidRPr="00656150">
        <w:rPr>
          <w:color w:val="auto"/>
          <w:sz w:val="22"/>
          <w:lang w:val="it-IT"/>
        </w:rPr>
        <w:t>ndo</w:t>
      </w:r>
      <w:r w:rsidRPr="00656150">
        <w:rPr>
          <w:color w:val="auto"/>
          <w:sz w:val="22"/>
          <w:lang w:val="it-IT"/>
        </w:rPr>
        <w:t xml:space="preserve"> le situazioni di eccellenza;</w:t>
      </w:r>
    </w:p>
    <w:p w14:paraId="0E2B0839" w14:textId="688C3768" w:rsidR="005F49E7" w:rsidRPr="00656150" w:rsidRDefault="00000000" w:rsidP="00230BD6">
      <w:pPr>
        <w:spacing w:after="60"/>
        <w:ind w:left="360"/>
        <w:jc w:val="both"/>
        <w:rPr>
          <w:color w:val="auto"/>
          <w:sz w:val="22"/>
          <w:lang w:val="it-IT"/>
        </w:rPr>
      </w:pPr>
      <w:r w:rsidRPr="00656150">
        <w:rPr>
          <w:b/>
          <w:color w:val="auto"/>
          <w:sz w:val="22"/>
          <w:lang w:val="it-IT"/>
        </w:rPr>
        <w:t xml:space="preserve">4. </w:t>
      </w:r>
      <w:r w:rsidRPr="00656150">
        <w:rPr>
          <w:color w:val="auto"/>
          <w:sz w:val="22"/>
          <w:lang w:val="it-IT"/>
        </w:rPr>
        <w:t xml:space="preserve">Favorire la piena inclusione delle alunne/alunni </w:t>
      </w:r>
      <w:r w:rsidR="00EC7CB0" w:rsidRPr="00656150">
        <w:rPr>
          <w:color w:val="auto"/>
          <w:sz w:val="22"/>
          <w:lang w:val="it-IT"/>
        </w:rPr>
        <w:t>con disabilità,</w:t>
      </w:r>
      <w:r w:rsidRPr="00656150">
        <w:rPr>
          <w:color w:val="auto"/>
          <w:sz w:val="22"/>
          <w:lang w:val="it-IT"/>
        </w:rPr>
        <w:t xml:space="preserve"> garantendo il diritto all'apprendimento di tutte le persone con bisogni educativi speciali;</w:t>
      </w:r>
    </w:p>
    <w:p w14:paraId="23E73180" w14:textId="69A8044F" w:rsidR="005F49E7" w:rsidRPr="00656150" w:rsidRDefault="00000000" w:rsidP="00230BD6">
      <w:pPr>
        <w:spacing w:after="60"/>
        <w:ind w:left="360"/>
        <w:jc w:val="both"/>
        <w:rPr>
          <w:color w:val="auto"/>
          <w:sz w:val="22"/>
          <w:lang w:val="it-IT"/>
        </w:rPr>
      </w:pPr>
      <w:r w:rsidRPr="00656150">
        <w:rPr>
          <w:b/>
          <w:color w:val="auto"/>
          <w:sz w:val="22"/>
          <w:lang w:val="it-IT"/>
        </w:rPr>
        <w:lastRenderedPageBreak/>
        <w:t xml:space="preserve">5. </w:t>
      </w:r>
      <w:r w:rsidRPr="00656150">
        <w:rPr>
          <w:color w:val="auto"/>
          <w:sz w:val="22"/>
          <w:lang w:val="it-IT"/>
        </w:rPr>
        <w:t xml:space="preserve">Promuovere iniziative di accoglienza e </w:t>
      </w:r>
      <w:r w:rsidR="00EC7CB0" w:rsidRPr="00656150">
        <w:rPr>
          <w:color w:val="auto"/>
          <w:sz w:val="22"/>
          <w:lang w:val="it-IT"/>
        </w:rPr>
        <w:t>inclusione</w:t>
      </w:r>
      <w:r w:rsidRPr="00656150">
        <w:rPr>
          <w:color w:val="auto"/>
          <w:sz w:val="22"/>
          <w:lang w:val="it-IT"/>
        </w:rPr>
        <w:t xml:space="preserve"> delle alunne/alunni di origine straniera anche in collaborazione </w:t>
      </w:r>
      <w:r w:rsidR="00EC7CB0" w:rsidRPr="00656150">
        <w:rPr>
          <w:color w:val="auto"/>
          <w:sz w:val="22"/>
          <w:lang w:val="it-IT"/>
        </w:rPr>
        <w:t xml:space="preserve">con </w:t>
      </w:r>
      <w:r w:rsidRPr="00656150">
        <w:rPr>
          <w:color w:val="auto"/>
          <w:sz w:val="22"/>
          <w:lang w:val="it-IT"/>
        </w:rPr>
        <w:t>le altre realtà del territorio, tutelandone l'identità culturale</w:t>
      </w:r>
      <w:r w:rsidR="00EC7CB0" w:rsidRPr="00656150">
        <w:rPr>
          <w:color w:val="auto"/>
          <w:sz w:val="22"/>
          <w:lang w:val="it-IT"/>
        </w:rPr>
        <w:t>; favorendo</w:t>
      </w:r>
      <w:r w:rsidRPr="00656150">
        <w:rPr>
          <w:color w:val="auto"/>
          <w:sz w:val="22"/>
          <w:lang w:val="it-IT"/>
        </w:rPr>
        <w:t xml:space="preserve"> percorsi didattici personalizzati nelle singole discipline</w:t>
      </w:r>
      <w:r w:rsidR="00EC7CB0" w:rsidRPr="00656150">
        <w:rPr>
          <w:color w:val="auto"/>
          <w:sz w:val="22"/>
          <w:lang w:val="it-IT"/>
        </w:rPr>
        <w:t xml:space="preserve"> attivando momenti di riflessione interculturale; </w:t>
      </w:r>
    </w:p>
    <w:p w14:paraId="7762B737" w14:textId="4B430838" w:rsidR="005F49E7" w:rsidRPr="003E03C8" w:rsidRDefault="00000000" w:rsidP="00230BD6">
      <w:pPr>
        <w:spacing w:after="60"/>
        <w:ind w:left="360"/>
        <w:jc w:val="both"/>
        <w:rPr>
          <w:color w:val="auto"/>
          <w:sz w:val="22"/>
          <w:lang w:val="it-IT"/>
        </w:rPr>
      </w:pPr>
      <w:r w:rsidRPr="00C802B6">
        <w:rPr>
          <w:b/>
          <w:color w:val="auto"/>
          <w:lang w:val="it-IT"/>
        </w:rPr>
        <w:t xml:space="preserve">6. </w:t>
      </w:r>
      <w:r w:rsidRPr="003E03C8">
        <w:rPr>
          <w:color w:val="auto"/>
          <w:sz w:val="22"/>
          <w:lang w:val="it-IT"/>
        </w:rPr>
        <w:t xml:space="preserve">Stimolare riflessioni e realizzare percorsi volti al benessere </w:t>
      </w:r>
      <w:r w:rsidR="00EC7CB0" w:rsidRPr="003E03C8">
        <w:rPr>
          <w:color w:val="auto"/>
          <w:sz w:val="22"/>
          <w:lang w:val="it-IT"/>
        </w:rPr>
        <w:t xml:space="preserve">psico-fisico </w:t>
      </w:r>
      <w:r w:rsidRPr="003E03C8">
        <w:rPr>
          <w:color w:val="auto"/>
          <w:sz w:val="22"/>
          <w:lang w:val="it-IT"/>
        </w:rPr>
        <w:t>e alla tutela della salute delle studentesse e degli studenti, anche attraverso l'attivazione di momenti di ascolto e di contatto con servizi di sostegno e accompagnamento</w:t>
      </w:r>
      <w:r w:rsidR="00EC7CB0" w:rsidRPr="003E03C8">
        <w:rPr>
          <w:color w:val="auto"/>
          <w:sz w:val="22"/>
          <w:lang w:val="it-IT"/>
        </w:rPr>
        <w:t xml:space="preserve"> e iniziative di prevenzione; </w:t>
      </w:r>
    </w:p>
    <w:p w14:paraId="712F59A2" w14:textId="44DEBF04" w:rsidR="00EC7D35" w:rsidRPr="003E03C8" w:rsidRDefault="00EC7D35" w:rsidP="00230BD6">
      <w:pPr>
        <w:spacing w:after="60"/>
        <w:ind w:left="360"/>
        <w:jc w:val="both"/>
        <w:rPr>
          <w:color w:val="auto"/>
          <w:sz w:val="22"/>
          <w:lang w:val="it-IT"/>
        </w:rPr>
      </w:pPr>
      <w:r w:rsidRPr="003E03C8">
        <w:rPr>
          <w:color w:val="auto"/>
          <w:sz w:val="22"/>
          <w:lang w:val="it-IT"/>
        </w:rPr>
        <w:t xml:space="preserve">7. Sensibilizzare le alunne e gli alunni sull’uso consapevole e responsabile </w:t>
      </w:r>
      <w:r w:rsidR="00F21BC6" w:rsidRPr="003E03C8">
        <w:rPr>
          <w:color w:val="auto"/>
          <w:sz w:val="22"/>
          <w:lang w:val="it-IT"/>
        </w:rPr>
        <w:t>del digitale</w:t>
      </w:r>
      <w:r w:rsidRPr="003E03C8">
        <w:rPr>
          <w:color w:val="auto"/>
          <w:sz w:val="22"/>
          <w:lang w:val="it-IT"/>
        </w:rPr>
        <w:t xml:space="preserve">, con particolare riferimento al bullismo, al cyberbullismo e all’Intelligenza Artificiale. </w:t>
      </w:r>
    </w:p>
    <w:p w14:paraId="211BB045" w14:textId="4B534C36" w:rsidR="005F49E7" w:rsidRPr="003E03C8" w:rsidRDefault="00EC7D35" w:rsidP="00230BD6">
      <w:pPr>
        <w:spacing w:after="60"/>
        <w:ind w:left="360"/>
        <w:jc w:val="both"/>
        <w:rPr>
          <w:color w:val="auto"/>
          <w:sz w:val="22"/>
          <w:lang w:val="it-IT"/>
        </w:rPr>
      </w:pPr>
      <w:r w:rsidRPr="003E03C8">
        <w:rPr>
          <w:color w:val="auto"/>
          <w:sz w:val="22"/>
          <w:lang w:val="it-IT"/>
        </w:rPr>
        <w:t>8. Garantire trasparenza nella formulazione e nella presentazione dei traguardi e degli obiettivi di apprendimento e delle modalità di valutazione;</w:t>
      </w:r>
    </w:p>
    <w:p w14:paraId="3E460123" w14:textId="66A3606C" w:rsidR="005F49E7" w:rsidRPr="003E03C8" w:rsidRDefault="00EC7D35" w:rsidP="00230BD6">
      <w:pPr>
        <w:spacing w:after="60"/>
        <w:ind w:left="360"/>
        <w:jc w:val="both"/>
        <w:rPr>
          <w:color w:val="auto"/>
          <w:sz w:val="22"/>
          <w:lang w:val="it-IT"/>
        </w:rPr>
      </w:pPr>
      <w:r w:rsidRPr="003E03C8">
        <w:rPr>
          <w:color w:val="auto"/>
          <w:sz w:val="22"/>
          <w:lang w:val="it-IT"/>
        </w:rPr>
        <w:t xml:space="preserve">9. Garantire trasparenza e tempestività nelle comunicazioni mantenendo un regolare rapporto con le famiglie, nel rispetto della privacy. </w:t>
      </w:r>
    </w:p>
    <w:p w14:paraId="3EB17E35" w14:textId="77777777" w:rsidR="00EC7D35" w:rsidRPr="003E03C8" w:rsidRDefault="00EC7D35" w:rsidP="00230BD6">
      <w:pPr>
        <w:spacing w:after="60"/>
        <w:ind w:left="360"/>
        <w:jc w:val="both"/>
        <w:rPr>
          <w:color w:val="auto"/>
          <w:sz w:val="22"/>
          <w:lang w:val="it-IT"/>
        </w:rPr>
      </w:pPr>
    </w:p>
    <w:p w14:paraId="60144A28" w14:textId="2C38A023" w:rsidR="005F49E7" w:rsidRPr="00656150" w:rsidRDefault="00230BD6" w:rsidP="00230BD6">
      <w:pPr>
        <w:jc w:val="both"/>
        <w:rPr>
          <w:color w:val="auto"/>
          <w:sz w:val="22"/>
          <w:lang w:val="it-IT"/>
        </w:rPr>
      </w:pPr>
      <w:r w:rsidRPr="00C802B6">
        <w:rPr>
          <w:b/>
          <w:bCs/>
          <w:color w:val="auto"/>
          <w:lang w:val="it-IT"/>
        </w:rPr>
        <w:t>LE ALUNNE E GLI ALUNNI</w:t>
      </w:r>
      <w:r w:rsidRPr="00C802B6">
        <w:rPr>
          <w:color w:val="auto"/>
          <w:lang w:val="it-IT"/>
        </w:rPr>
        <w:t xml:space="preserve"> </w:t>
      </w:r>
      <w:r w:rsidRPr="00656150">
        <w:rPr>
          <w:color w:val="auto"/>
          <w:sz w:val="22"/>
          <w:lang w:val="it-IT"/>
        </w:rPr>
        <w:t>si impegnano a:</w:t>
      </w:r>
    </w:p>
    <w:p w14:paraId="056DCFA7"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1. </w:t>
      </w:r>
      <w:r w:rsidRPr="00656150">
        <w:rPr>
          <w:color w:val="auto"/>
          <w:sz w:val="22"/>
          <w:lang w:val="it-IT"/>
        </w:rPr>
        <w:t>Conoscere e rispettare il Regolamento d'Istituto;</w:t>
      </w:r>
    </w:p>
    <w:p w14:paraId="60C3FB74" w14:textId="3542214B" w:rsidR="005F49E7" w:rsidRPr="00656150" w:rsidRDefault="00000000" w:rsidP="00230BD6">
      <w:pPr>
        <w:spacing w:after="60"/>
        <w:ind w:left="360"/>
        <w:jc w:val="both"/>
        <w:rPr>
          <w:color w:val="auto"/>
          <w:sz w:val="22"/>
          <w:lang w:val="it-IT"/>
        </w:rPr>
      </w:pPr>
      <w:r w:rsidRPr="00656150">
        <w:rPr>
          <w:b/>
          <w:color w:val="auto"/>
          <w:sz w:val="22"/>
          <w:lang w:val="it-IT"/>
        </w:rPr>
        <w:t xml:space="preserve">2. </w:t>
      </w:r>
      <w:r w:rsidRPr="00656150">
        <w:rPr>
          <w:color w:val="auto"/>
          <w:sz w:val="22"/>
          <w:lang w:val="it-IT"/>
        </w:rPr>
        <w:t xml:space="preserve">Conoscere e rispettare la Normativa Sicurezza relativa alle disposizioni sulle attività </w:t>
      </w:r>
      <w:r w:rsidR="002F66D2" w:rsidRPr="00656150">
        <w:rPr>
          <w:color w:val="auto"/>
          <w:sz w:val="22"/>
          <w:lang w:val="it-IT"/>
        </w:rPr>
        <w:t>scolastiche</w:t>
      </w:r>
      <w:r w:rsidRPr="00656150">
        <w:rPr>
          <w:color w:val="auto"/>
          <w:sz w:val="22"/>
          <w:lang w:val="it-IT"/>
        </w:rPr>
        <w:t>;</w:t>
      </w:r>
    </w:p>
    <w:p w14:paraId="59927D69"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3. </w:t>
      </w:r>
      <w:r w:rsidRPr="00656150">
        <w:rPr>
          <w:color w:val="auto"/>
          <w:sz w:val="22"/>
          <w:lang w:val="it-IT"/>
        </w:rPr>
        <w:t>Essere puntuali alle lezioni e frequentarle con regolarità;</w:t>
      </w:r>
    </w:p>
    <w:p w14:paraId="63E2110A"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4. </w:t>
      </w:r>
      <w:r w:rsidRPr="00656150">
        <w:rPr>
          <w:color w:val="auto"/>
          <w:sz w:val="22"/>
          <w:lang w:val="it-IT"/>
        </w:rPr>
        <w:t>Rispettare se stessi, gli altri, l'ambiente nel quale si opera;</w:t>
      </w:r>
    </w:p>
    <w:p w14:paraId="72B49C0C" w14:textId="0A0174C1" w:rsidR="005F49E7" w:rsidRPr="00656150" w:rsidRDefault="00000000" w:rsidP="00230BD6">
      <w:pPr>
        <w:spacing w:after="60"/>
        <w:ind w:left="360"/>
        <w:jc w:val="both"/>
        <w:rPr>
          <w:color w:val="auto"/>
          <w:sz w:val="22"/>
          <w:lang w:val="it-IT"/>
        </w:rPr>
      </w:pPr>
      <w:r w:rsidRPr="00656150">
        <w:rPr>
          <w:b/>
          <w:color w:val="auto"/>
          <w:sz w:val="22"/>
          <w:lang w:val="it-IT"/>
        </w:rPr>
        <w:t xml:space="preserve">5. </w:t>
      </w:r>
      <w:r w:rsidRPr="00656150">
        <w:rPr>
          <w:color w:val="auto"/>
          <w:sz w:val="22"/>
          <w:lang w:val="it-IT"/>
        </w:rPr>
        <w:t>Rispettare le diversità personali e culturali, la sensibilità altrui</w:t>
      </w:r>
      <w:r w:rsidR="00F6725C" w:rsidRPr="00656150">
        <w:rPr>
          <w:color w:val="auto"/>
          <w:sz w:val="22"/>
          <w:lang w:val="it-IT"/>
        </w:rPr>
        <w:t xml:space="preserve">, per costruire rapporti basati sull’empatia e la solidarietà; </w:t>
      </w:r>
    </w:p>
    <w:p w14:paraId="15D37C63"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6. </w:t>
      </w:r>
      <w:r w:rsidRPr="00656150">
        <w:rPr>
          <w:color w:val="auto"/>
          <w:sz w:val="22"/>
          <w:lang w:val="it-IT"/>
        </w:rPr>
        <w:t>Intervenire durante le lezioni in modo ordinato e pertinente;</w:t>
      </w:r>
    </w:p>
    <w:p w14:paraId="6D579789" w14:textId="6702499E" w:rsidR="005F49E7" w:rsidRPr="00656150" w:rsidRDefault="00000000" w:rsidP="00230BD6">
      <w:pPr>
        <w:spacing w:after="60"/>
        <w:ind w:left="360"/>
        <w:jc w:val="both"/>
        <w:rPr>
          <w:color w:val="auto"/>
          <w:sz w:val="22"/>
          <w:lang w:val="it-IT"/>
        </w:rPr>
      </w:pPr>
      <w:r w:rsidRPr="00656150">
        <w:rPr>
          <w:b/>
          <w:color w:val="auto"/>
          <w:sz w:val="22"/>
          <w:lang w:val="it-IT"/>
        </w:rPr>
        <w:t xml:space="preserve">7. </w:t>
      </w:r>
      <w:r w:rsidRPr="00656150">
        <w:rPr>
          <w:color w:val="auto"/>
          <w:sz w:val="22"/>
          <w:lang w:val="it-IT"/>
        </w:rPr>
        <w:t xml:space="preserve">Partecipare </w:t>
      </w:r>
      <w:r w:rsidR="00F6725C" w:rsidRPr="00656150">
        <w:rPr>
          <w:color w:val="auto"/>
          <w:sz w:val="22"/>
          <w:lang w:val="it-IT"/>
        </w:rPr>
        <w:t xml:space="preserve">in maniera costante </w:t>
      </w:r>
      <w:r w:rsidRPr="00656150">
        <w:rPr>
          <w:color w:val="auto"/>
          <w:sz w:val="22"/>
          <w:lang w:val="it-IT"/>
        </w:rPr>
        <w:t>al lavoro assegnato individuale e/o di gruppo a scuola e a casa;</w:t>
      </w:r>
    </w:p>
    <w:p w14:paraId="545D5E1A" w14:textId="01D070AC" w:rsidR="005F49E7" w:rsidRPr="00656150" w:rsidRDefault="00000000" w:rsidP="00230BD6">
      <w:pPr>
        <w:spacing w:after="60"/>
        <w:ind w:left="360"/>
        <w:jc w:val="both"/>
        <w:rPr>
          <w:color w:val="auto"/>
          <w:sz w:val="22"/>
          <w:lang w:val="it-IT"/>
        </w:rPr>
      </w:pPr>
      <w:r w:rsidRPr="00656150">
        <w:rPr>
          <w:b/>
          <w:color w:val="auto"/>
          <w:sz w:val="22"/>
          <w:lang w:val="it-IT"/>
        </w:rPr>
        <w:t xml:space="preserve">8. </w:t>
      </w:r>
      <w:r w:rsidRPr="00656150">
        <w:rPr>
          <w:color w:val="auto"/>
          <w:sz w:val="22"/>
          <w:lang w:val="it-IT"/>
        </w:rPr>
        <w:t>Rispettare il divieto di utilizzare il cellulare in classe</w:t>
      </w:r>
      <w:r w:rsidR="00F6725C" w:rsidRPr="00656150">
        <w:rPr>
          <w:color w:val="auto"/>
          <w:sz w:val="22"/>
          <w:lang w:val="it-IT"/>
        </w:rPr>
        <w:t xml:space="preserve">; </w:t>
      </w:r>
      <w:r w:rsidR="002F66D2" w:rsidRPr="00656150">
        <w:rPr>
          <w:color w:val="auto"/>
          <w:sz w:val="22"/>
          <w:lang w:val="it-IT"/>
        </w:rPr>
        <w:t>adoperare in modo consapevole le tecnologie digitali finalizzate allo studio</w:t>
      </w:r>
      <w:r w:rsidR="00F6725C" w:rsidRPr="00656150">
        <w:rPr>
          <w:color w:val="auto"/>
          <w:sz w:val="22"/>
          <w:lang w:val="it-IT"/>
        </w:rPr>
        <w:t xml:space="preserve"> sia a casa che in classe</w:t>
      </w:r>
      <w:r w:rsidR="002F66D2" w:rsidRPr="00656150">
        <w:rPr>
          <w:color w:val="auto"/>
          <w:sz w:val="22"/>
          <w:lang w:val="it-IT"/>
        </w:rPr>
        <w:t xml:space="preserve">; </w:t>
      </w:r>
    </w:p>
    <w:p w14:paraId="1CEFE4B0"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9. </w:t>
      </w:r>
      <w:r w:rsidRPr="00656150">
        <w:rPr>
          <w:color w:val="auto"/>
          <w:sz w:val="22"/>
          <w:lang w:val="it-IT"/>
        </w:rPr>
        <w:t>Comunicare tempestivamente al docente in classe eventuali malesseri fisici;</w:t>
      </w:r>
    </w:p>
    <w:p w14:paraId="3A24F43A" w14:textId="0FE957FB" w:rsidR="005F49E7" w:rsidRPr="00656150" w:rsidRDefault="00000000" w:rsidP="00230BD6">
      <w:pPr>
        <w:spacing w:after="60"/>
        <w:ind w:left="360"/>
        <w:jc w:val="both"/>
        <w:rPr>
          <w:color w:val="auto"/>
          <w:sz w:val="22"/>
          <w:lang w:val="it-IT"/>
        </w:rPr>
      </w:pPr>
      <w:r w:rsidRPr="00656150">
        <w:rPr>
          <w:b/>
          <w:color w:val="auto"/>
          <w:sz w:val="22"/>
          <w:lang w:val="it-IT"/>
        </w:rPr>
        <w:t xml:space="preserve">10. </w:t>
      </w:r>
      <w:r w:rsidRPr="00656150">
        <w:rPr>
          <w:color w:val="auto"/>
          <w:sz w:val="22"/>
          <w:lang w:val="it-IT"/>
        </w:rPr>
        <w:t>Sottoporsi regolarmente alle verifiche previste dai docenti</w:t>
      </w:r>
      <w:r w:rsidR="00F6725C" w:rsidRPr="00656150">
        <w:rPr>
          <w:color w:val="auto"/>
          <w:sz w:val="22"/>
          <w:lang w:val="it-IT"/>
        </w:rPr>
        <w:t>.</w:t>
      </w:r>
    </w:p>
    <w:p w14:paraId="2255B1B4" w14:textId="77777777" w:rsidR="00F6725C" w:rsidRPr="00C802B6" w:rsidRDefault="00F6725C" w:rsidP="00230BD6">
      <w:pPr>
        <w:spacing w:after="60"/>
        <w:ind w:left="360"/>
        <w:jc w:val="both"/>
        <w:rPr>
          <w:color w:val="auto"/>
          <w:lang w:val="it-IT"/>
        </w:rPr>
      </w:pPr>
    </w:p>
    <w:p w14:paraId="36082358" w14:textId="4CA93A08" w:rsidR="005F49E7" w:rsidRPr="00656150" w:rsidRDefault="00230BD6" w:rsidP="00230BD6">
      <w:pPr>
        <w:jc w:val="both"/>
        <w:rPr>
          <w:color w:val="auto"/>
          <w:sz w:val="22"/>
          <w:lang w:val="it-IT"/>
        </w:rPr>
      </w:pPr>
      <w:r w:rsidRPr="00C802B6">
        <w:rPr>
          <w:b/>
          <w:color w:val="auto"/>
          <w:sz w:val="22"/>
          <w:lang w:val="it-IT"/>
        </w:rPr>
        <w:t xml:space="preserve">I GENITORI / TUTORI / AFFIDATARI </w:t>
      </w:r>
      <w:r w:rsidRPr="00656150">
        <w:rPr>
          <w:bCs/>
          <w:color w:val="auto"/>
          <w:sz w:val="22"/>
          <w:lang w:val="it-IT"/>
        </w:rPr>
        <w:t>si impegnano a:</w:t>
      </w:r>
    </w:p>
    <w:p w14:paraId="7140BE55"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1. </w:t>
      </w:r>
      <w:r w:rsidRPr="00656150">
        <w:rPr>
          <w:color w:val="auto"/>
          <w:sz w:val="22"/>
          <w:lang w:val="it-IT"/>
        </w:rPr>
        <w:t>Essere garanti del rispetto, da parte dei propri figli, dei doveri insiti nel presente Patto di Corresponsabilità, nel Regolamento d'Istituto e nella Normativa Sicurezza riguardante gli alunni;</w:t>
      </w:r>
    </w:p>
    <w:p w14:paraId="5BD2BB23"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2. </w:t>
      </w:r>
      <w:r w:rsidRPr="00656150">
        <w:rPr>
          <w:color w:val="auto"/>
          <w:sz w:val="22"/>
          <w:lang w:val="it-IT"/>
        </w:rPr>
        <w:t>Conoscere l'Offerta formativa elaborata dalla Scuola;</w:t>
      </w:r>
    </w:p>
    <w:p w14:paraId="3E621C16"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3. </w:t>
      </w:r>
      <w:r w:rsidRPr="00656150">
        <w:rPr>
          <w:color w:val="auto"/>
          <w:sz w:val="22"/>
          <w:lang w:val="it-IT"/>
        </w:rPr>
        <w:t>Collaborare al progetto formativo partecipando, con proposte e osservazioni migliorative, a riunioni, assemblee, consigli e colloqui;</w:t>
      </w:r>
    </w:p>
    <w:p w14:paraId="54DC40D2" w14:textId="35607923" w:rsidR="005F49E7" w:rsidRPr="00656150" w:rsidRDefault="00000000" w:rsidP="00230BD6">
      <w:pPr>
        <w:spacing w:after="60"/>
        <w:ind w:left="360"/>
        <w:jc w:val="both"/>
        <w:rPr>
          <w:color w:val="auto"/>
          <w:sz w:val="22"/>
          <w:lang w:val="it-IT"/>
        </w:rPr>
      </w:pPr>
      <w:r w:rsidRPr="00656150">
        <w:rPr>
          <w:b/>
          <w:color w:val="auto"/>
          <w:sz w:val="22"/>
          <w:lang w:val="it-IT"/>
        </w:rPr>
        <w:t xml:space="preserve">4. </w:t>
      </w:r>
      <w:r w:rsidRPr="00656150">
        <w:rPr>
          <w:color w:val="auto"/>
          <w:sz w:val="22"/>
          <w:lang w:val="it-IT"/>
        </w:rPr>
        <w:t xml:space="preserve">Controllare e giustificare </w:t>
      </w:r>
      <w:r w:rsidR="00F6725C" w:rsidRPr="00656150">
        <w:rPr>
          <w:color w:val="auto"/>
          <w:sz w:val="22"/>
          <w:lang w:val="it-IT"/>
        </w:rPr>
        <w:t xml:space="preserve">tempestivamente e con regolarità </w:t>
      </w:r>
      <w:r w:rsidRPr="00656150">
        <w:rPr>
          <w:color w:val="auto"/>
          <w:sz w:val="22"/>
          <w:lang w:val="it-IT"/>
        </w:rPr>
        <w:t>ritardi de</w:t>
      </w:r>
      <w:r w:rsidR="00F6725C" w:rsidRPr="00656150">
        <w:rPr>
          <w:color w:val="auto"/>
          <w:sz w:val="22"/>
          <w:lang w:val="it-IT"/>
        </w:rPr>
        <w:t>i propri figli</w:t>
      </w:r>
      <w:r w:rsidRPr="00656150">
        <w:rPr>
          <w:color w:val="auto"/>
          <w:sz w:val="22"/>
          <w:lang w:val="it-IT"/>
        </w:rPr>
        <w:t xml:space="preserve">, contattando anche la </w:t>
      </w:r>
      <w:r w:rsidR="001B5A2F" w:rsidRPr="00656150">
        <w:rPr>
          <w:color w:val="auto"/>
          <w:sz w:val="22"/>
          <w:lang w:val="it-IT"/>
        </w:rPr>
        <w:t>S</w:t>
      </w:r>
      <w:r w:rsidRPr="00656150">
        <w:rPr>
          <w:color w:val="auto"/>
          <w:sz w:val="22"/>
          <w:lang w:val="it-IT"/>
        </w:rPr>
        <w:t>cuola per accertamenti;</w:t>
      </w:r>
    </w:p>
    <w:p w14:paraId="20AFA769" w14:textId="17C00B62" w:rsidR="005F49E7" w:rsidRPr="00656150" w:rsidRDefault="00000000" w:rsidP="00230BD6">
      <w:pPr>
        <w:spacing w:after="60"/>
        <w:ind w:left="360"/>
        <w:jc w:val="both"/>
        <w:rPr>
          <w:color w:val="auto"/>
          <w:sz w:val="22"/>
          <w:lang w:val="it-IT"/>
        </w:rPr>
      </w:pPr>
      <w:r w:rsidRPr="00656150">
        <w:rPr>
          <w:b/>
          <w:color w:val="auto"/>
          <w:sz w:val="22"/>
          <w:lang w:val="it-IT"/>
        </w:rPr>
        <w:t xml:space="preserve">5. </w:t>
      </w:r>
      <w:r w:rsidRPr="00656150">
        <w:rPr>
          <w:color w:val="auto"/>
          <w:sz w:val="22"/>
          <w:lang w:val="it-IT"/>
        </w:rPr>
        <w:t xml:space="preserve">Rispettare </w:t>
      </w:r>
      <w:r w:rsidR="00F6725C" w:rsidRPr="00656150">
        <w:rPr>
          <w:color w:val="auto"/>
          <w:sz w:val="22"/>
          <w:lang w:val="it-IT"/>
        </w:rPr>
        <w:t xml:space="preserve">rigorosamente </w:t>
      </w:r>
      <w:r w:rsidRPr="00656150">
        <w:rPr>
          <w:color w:val="auto"/>
          <w:sz w:val="22"/>
          <w:lang w:val="it-IT"/>
        </w:rPr>
        <w:t>gli orari di entrata ed uscita dei propri figli</w:t>
      </w:r>
      <w:r w:rsidR="007E66ED" w:rsidRPr="00656150">
        <w:rPr>
          <w:color w:val="auto"/>
          <w:sz w:val="22"/>
          <w:lang w:val="it-IT"/>
        </w:rPr>
        <w:t xml:space="preserve">, la frequenza alle attività didattiche; </w:t>
      </w:r>
    </w:p>
    <w:p w14:paraId="0DB628EF" w14:textId="0340FBDF" w:rsidR="005F49E7" w:rsidRPr="00656150" w:rsidRDefault="00000000" w:rsidP="00230BD6">
      <w:pPr>
        <w:spacing w:after="60"/>
        <w:ind w:left="360"/>
        <w:jc w:val="both"/>
        <w:rPr>
          <w:color w:val="auto"/>
          <w:sz w:val="22"/>
          <w:lang w:val="it-IT"/>
        </w:rPr>
      </w:pPr>
      <w:r w:rsidRPr="00656150">
        <w:rPr>
          <w:b/>
          <w:color w:val="auto"/>
          <w:sz w:val="22"/>
          <w:lang w:val="it-IT"/>
        </w:rPr>
        <w:t xml:space="preserve">6. </w:t>
      </w:r>
      <w:r w:rsidRPr="00656150">
        <w:rPr>
          <w:color w:val="auto"/>
          <w:sz w:val="22"/>
          <w:lang w:val="it-IT"/>
        </w:rPr>
        <w:t>Rispettare gli orari di ricevimento degli uffici amministrativi dell'Istituto</w:t>
      </w:r>
      <w:r w:rsidR="00A537D9" w:rsidRPr="00656150">
        <w:rPr>
          <w:color w:val="auto"/>
          <w:sz w:val="22"/>
          <w:lang w:val="it-IT"/>
        </w:rPr>
        <w:t xml:space="preserve"> e di servizio dei </w:t>
      </w:r>
      <w:r w:rsidR="007E66ED" w:rsidRPr="00656150">
        <w:rPr>
          <w:color w:val="auto"/>
          <w:sz w:val="22"/>
          <w:lang w:val="it-IT"/>
        </w:rPr>
        <w:t xml:space="preserve">docenti, </w:t>
      </w:r>
      <w:r w:rsidR="00A537D9" w:rsidRPr="00656150">
        <w:rPr>
          <w:color w:val="auto"/>
          <w:sz w:val="22"/>
          <w:lang w:val="it-IT"/>
        </w:rPr>
        <w:t xml:space="preserve"> </w:t>
      </w:r>
      <w:r w:rsidR="007E66ED" w:rsidRPr="00656150">
        <w:rPr>
          <w:color w:val="auto"/>
          <w:sz w:val="22"/>
          <w:lang w:val="it-IT"/>
        </w:rPr>
        <w:t>nella consapevolezza del diritto alla disconnessione,</w:t>
      </w:r>
      <w:r w:rsidRPr="00656150">
        <w:rPr>
          <w:color w:val="auto"/>
          <w:sz w:val="22"/>
          <w:lang w:val="it-IT"/>
        </w:rPr>
        <w:t xml:space="preserve"> nonché le norme e le disposizioni relative alla sicurezza sanitaria previste dall'Istituto;</w:t>
      </w:r>
    </w:p>
    <w:p w14:paraId="204D1EBC"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7. </w:t>
      </w:r>
      <w:r w:rsidRPr="00656150">
        <w:rPr>
          <w:color w:val="auto"/>
          <w:sz w:val="22"/>
          <w:lang w:val="it-IT"/>
        </w:rPr>
        <w:t>Rivolgersi ai docenti e al Dirigente Scolastico per problemi didattici o personali intervenendo con senso di responsabilità in caso di danni a persone o cose, anche col recupero o risarcimento del danno;</w:t>
      </w:r>
    </w:p>
    <w:p w14:paraId="49A0D7D4"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8. </w:t>
      </w:r>
      <w:r w:rsidRPr="00656150">
        <w:rPr>
          <w:color w:val="auto"/>
          <w:sz w:val="22"/>
          <w:lang w:val="it-IT"/>
        </w:rPr>
        <w:t>Informarsi del percorso educativo/didattico del proprio figlio contribuendo alla continuità dell'azione educativa;</w:t>
      </w:r>
    </w:p>
    <w:p w14:paraId="536E4EAB" w14:textId="77777777" w:rsidR="00C802B6" w:rsidRDefault="00000000" w:rsidP="00C802B6">
      <w:pPr>
        <w:spacing w:after="60"/>
        <w:ind w:left="360"/>
        <w:jc w:val="both"/>
        <w:rPr>
          <w:color w:val="auto"/>
          <w:sz w:val="22"/>
          <w:lang w:val="it-IT"/>
        </w:rPr>
      </w:pPr>
      <w:r w:rsidRPr="00656150">
        <w:rPr>
          <w:b/>
          <w:color w:val="auto"/>
          <w:sz w:val="22"/>
          <w:lang w:val="it-IT"/>
        </w:rPr>
        <w:t xml:space="preserve">9. </w:t>
      </w:r>
      <w:r w:rsidRPr="00656150">
        <w:rPr>
          <w:color w:val="auto"/>
          <w:sz w:val="22"/>
          <w:lang w:val="it-IT"/>
        </w:rPr>
        <w:t xml:space="preserve">Contribuire allo sviluppo dell'autonomia personale e del senso di responsabilità delle alunne e degli alunni e a promuovere i comportamenti corretti, </w:t>
      </w:r>
      <w:r w:rsidR="007E66ED" w:rsidRPr="00656150">
        <w:rPr>
          <w:color w:val="auto"/>
          <w:sz w:val="22"/>
          <w:lang w:val="it-IT"/>
        </w:rPr>
        <w:t xml:space="preserve">inclusa la completezza del materiale didattico e delle merende. </w:t>
      </w:r>
    </w:p>
    <w:p w14:paraId="581D70FC" w14:textId="77777777" w:rsidR="00656150" w:rsidRPr="00656150" w:rsidRDefault="00656150" w:rsidP="00C802B6">
      <w:pPr>
        <w:spacing w:after="60"/>
        <w:ind w:left="360"/>
        <w:jc w:val="both"/>
        <w:rPr>
          <w:color w:val="auto"/>
          <w:sz w:val="22"/>
          <w:lang w:val="it-IT"/>
        </w:rPr>
      </w:pPr>
    </w:p>
    <w:p w14:paraId="55532F46" w14:textId="248668C7" w:rsidR="005F49E7" w:rsidRPr="00656150" w:rsidRDefault="00C802B6" w:rsidP="00C802B6">
      <w:pPr>
        <w:spacing w:after="60"/>
        <w:ind w:left="360"/>
        <w:jc w:val="both"/>
        <w:rPr>
          <w:color w:val="auto"/>
          <w:sz w:val="22"/>
          <w:lang w:val="it-IT"/>
        </w:rPr>
      </w:pPr>
      <w:r>
        <w:rPr>
          <w:b/>
          <w:color w:val="auto"/>
          <w:sz w:val="22"/>
          <w:lang w:val="it-IT"/>
        </w:rPr>
        <w:t>I</w:t>
      </w:r>
      <w:r w:rsidR="00230BD6" w:rsidRPr="00C802B6">
        <w:rPr>
          <w:b/>
          <w:color w:val="auto"/>
          <w:sz w:val="22"/>
          <w:lang w:val="it-IT"/>
        </w:rPr>
        <w:t xml:space="preserve"> DOCENTI </w:t>
      </w:r>
      <w:r w:rsidR="00230BD6" w:rsidRPr="00656150">
        <w:rPr>
          <w:bCs/>
          <w:color w:val="auto"/>
          <w:sz w:val="22"/>
          <w:lang w:val="it-IT"/>
        </w:rPr>
        <w:t>si impegnano a:</w:t>
      </w:r>
    </w:p>
    <w:p w14:paraId="734971C2" w14:textId="069E355D" w:rsidR="005F49E7" w:rsidRPr="00656150" w:rsidRDefault="00000000" w:rsidP="00230BD6">
      <w:pPr>
        <w:spacing w:after="60"/>
        <w:ind w:left="360"/>
        <w:jc w:val="both"/>
        <w:rPr>
          <w:color w:val="auto"/>
          <w:sz w:val="22"/>
          <w:lang w:val="it-IT"/>
        </w:rPr>
      </w:pPr>
      <w:r w:rsidRPr="00656150">
        <w:rPr>
          <w:b/>
          <w:color w:val="auto"/>
          <w:sz w:val="22"/>
          <w:lang w:val="it-IT"/>
        </w:rPr>
        <w:t xml:space="preserve">1. </w:t>
      </w:r>
      <w:r w:rsidRPr="00656150">
        <w:rPr>
          <w:color w:val="auto"/>
          <w:sz w:val="22"/>
          <w:lang w:val="it-IT"/>
        </w:rPr>
        <w:t>Elaborare e garantire un</w:t>
      </w:r>
      <w:r w:rsidR="00ED2E07" w:rsidRPr="00656150">
        <w:rPr>
          <w:color w:val="auto"/>
          <w:sz w:val="22"/>
          <w:lang w:val="it-IT"/>
        </w:rPr>
        <w:t>’</w:t>
      </w:r>
      <w:r w:rsidRPr="00656150">
        <w:rPr>
          <w:color w:val="auto"/>
          <w:sz w:val="22"/>
          <w:lang w:val="it-IT"/>
        </w:rPr>
        <w:t xml:space="preserve">Offerta Formativa </w:t>
      </w:r>
      <w:r w:rsidR="00ED2E07" w:rsidRPr="00656150">
        <w:rPr>
          <w:color w:val="auto"/>
          <w:sz w:val="22"/>
          <w:lang w:val="it-IT"/>
        </w:rPr>
        <w:t xml:space="preserve">volta </w:t>
      </w:r>
      <w:r w:rsidRPr="00656150">
        <w:rPr>
          <w:color w:val="auto"/>
          <w:sz w:val="22"/>
          <w:lang w:val="it-IT"/>
        </w:rPr>
        <w:t>a promuovere il benessere e il successo dello studente, la sua valorizzazione come persona, la sua realizzazione umana e culturale;</w:t>
      </w:r>
    </w:p>
    <w:p w14:paraId="639E1DCE" w14:textId="17E85E20" w:rsidR="005F49E7" w:rsidRPr="00656150" w:rsidRDefault="00000000" w:rsidP="00230BD6">
      <w:pPr>
        <w:spacing w:after="60"/>
        <w:ind w:left="360"/>
        <w:jc w:val="both"/>
        <w:rPr>
          <w:color w:val="auto"/>
          <w:sz w:val="22"/>
          <w:lang w:val="it-IT"/>
        </w:rPr>
      </w:pPr>
      <w:r w:rsidRPr="00656150">
        <w:rPr>
          <w:b/>
          <w:color w:val="auto"/>
          <w:sz w:val="22"/>
          <w:lang w:val="it-IT"/>
        </w:rPr>
        <w:t xml:space="preserve">2. </w:t>
      </w:r>
      <w:r w:rsidRPr="00656150">
        <w:rPr>
          <w:color w:val="auto"/>
          <w:sz w:val="22"/>
          <w:lang w:val="it-IT"/>
        </w:rPr>
        <w:t xml:space="preserve">Creare un clima sereno fondato sul dialogo e sul rispetto, </w:t>
      </w:r>
      <w:r w:rsidR="00ED2E07" w:rsidRPr="00656150">
        <w:rPr>
          <w:color w:val="auto"/>
          <w:sz w:val="22"/>
          <w:lang w:val="it-IT"/>
        </w:rPr>
        <w:t xml:space="preserve">sull’empatia e la solidarietà, </w:t>
      </w:r>
      <w:r w:rsidRPr="00656150">
        <w:rPr>
          <w:color w:val="auto"/>
          <w:sz w:val="22"/>
          <w:lang w:val="it-IT"/>
        </w:rPr>
        <w:t xml:space="preserve">favorendo la conoscenza, </w:t>
      </w:r>
      <w:r w:rsidR="00ED2E07" w:rsidRPr="00656150">
        <w:rPr>
          <w:color w:val="auto"/>
          <w:sz w:val="22"/>
          <w:lang w:val="it-IT"/>
        </w:rPr>
        <w:t>l’inclusione e</w:t>
      </w:r>
      <w:r w:rsidRPr="00656150">
        <w:rPr>
          <w:color w:val="auto"/>
          <w:sz w:val="22"/>
          <w:lang w:val="it-IT"/>
        </w:rPr>
        <w:t xml:space="preserve"> l'accoglienza;</w:t>
      </w:r>
    </w:p>
    <w:p w14:paraId="43EA4B44"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3. </w:t>
      </w:r>
      <w:r w:rsidRPr="00656150">
        <w:rPr>
          <w:color w:val="auto"/>
          <w:sz w:val="22"/>
          <w:lang w:val="it-IT"/>
        </w:rPr>
        <w:t>Informare alunne/i e genitori degli obiettivi educativi e didattici, dei tempi e delle modalità di attuazione, del proprio intervento educativo esplicitando i criteri per la valutazione;</w:t>
      </w:r>
    </w:p>
    <w:p w14:paraId="0E564AF8"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4. </w:t>
      </w:r>
      <w:r w:rsidRPr="00656150">
        <w:rPr>
          <w:color w:val="auto"/>
          <w:sz w:val="22"/>
          <w:lang w:val="it-IT"/>
        </w:rPr>
        <w:t>Comunicare ad alunne/i e genitori i risultati delle attività svolte, le difficoltà, i progressi, gli aspetti inerenti il comportamento e la condotta;</w:t>
      </w:r>
    </w:p>
    <w:p w14:paraId="1F86C8B7"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5. </w:t>
      </w:r>
      <w:r w:rsidRPr="00656150">
        <w:rPr>
          <w:color w:val="auto"/>
          <w:sz w:val="22"/>
          <w:lang w:val="it-IT"/>
        </w:rPr>
        <w:t>Procedere nelle attività di verifica e valutazione in modo trasparente e congruo;</w:t>
      </w:r>
    </w:p>
    <w:p w14:paraId="10CEC5F0"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6. </w:t>
      </w:r>
      <w:r w:rsidRPr="00656150">
        <w:rPr>
          <w:color w:val="auto"/>
          <w:sz w:val="22"/>
          <w:lang w:val="it-IT"/>
        </w:rPr>
        <w:t>Favorire la capacità di iniziativa, di decisione e di assunzione di responsabilità;</w:t>
      </w:r>
    </w:p>
    <w:p w14:paraId="678C372A"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7. </w:t>
      </w:r>
      <w:r w:rsidRPr="00656150">
        <w:rPr>
          <w:color w:val="auto"/>
          <w:sz w:val="22"/>
          <w:lang w:val="it-IT"/>
        </w:rPr>
        <w:t>Incoraggiare gli studenti ad apprezzare e valorizzare le differenze;</w:t>
      </w:r>
    </w:p>
    <w:p w14:paraId="092D4231"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8. </w:t>
      </w:r>
      <w:r w:rsidRPr="00656150">
        <w:rPr>
          <w:color w:val="auto"/>
          <w:sz w:val="22"/>
          <w:lang w:val="it-IT"/>
        </w:rPr>
        <w:t>Prestare ascolto, attenzione e riservatezza ai problemi degli studenti in modo da favorire l'interazione tra alunni-docenti-genitori;</w:t>
      </w:r>
    </w:p>
    <w:p w14:paraId="285115EA"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9. </w:t>
      </w:r>
      <w:r w:rsidRPr="00656150">
        <w:rPr>
          <w:color w:val="auto"/>
          <w:sz w:val="22"/>
          <w:lang w:val="it-IT"/>
        </w:rPr>
        <w:t>Fare rispettare le norme di comportamento, i regolamenti e le norme di sicurezza, i divieti, prendendo gli adeguati provvedimenti disciplinari in caso di infrazioni.</w:t>
      </w:r>
    </w:p>
    <w:p w14:paraId="2022940A" w14:textId="77777777" w:rsidR="0089043C" w:rsidRDefault="0089043C" w:rsidP="00230BD6">
      <w:pPr>
        <w:spacing w:after="60"/>
        <w:ind w:left="360"/>
        <w:jc w:val="both"/>
        <w:rPr>
          <w:color w:val="auto"/>
          <w:sz w:val="20"/>
          <w:lang w:val="it-IT"/>
        </w:rPr>
      </w:pPr>
    </w:p>
    <w:p w14:paraId="7EC410A7" w14:textId="77777777" w:rsidR="00656150" w:rsidRDefault="00656150" w:rsidP="00230BD6">
      <w:pPr>
        <w:spacing w:after="60"/>
        <w:ind w:left="360"/>
        <w:jc w:val="both"/>
        <w:rPr>
          <w:color w:val="auto"/>
          <w:sz w:val="20"/>
          <w:lang w:val="it-IT"/>
        </w:rPr>
      </w:pPr>
    </w:p>
    <w:p w14:paraId="556C31B4" w14:textId="77777777" w:rsidR="00656150" w:rsidRDefault="00656150" w:rsidP="00230BD6">
      <w:pPr>
        <w:spacing w:after="60"/>
        <w:ind w:left="360"/>
        <w:jc w:val="both"/>
        <w:rPr>
          <w:color w:val="auto"/>
          <w:sz w:val="20"/>
          <w:lang w:val="it-IT"/>
        </w:rPr>
      </w:pPr>
    </w:p>
    <w:p w14:paraId="66BBFE0A" w14:textId="77777777" w:rsidR="00656150" w:rsidRDefault="00656150" w:rsidP="00230BD6">
      <w:pPr>
        <w:spacing w:after="60"/>
        <w:ind w:left="360"/>
        <w:jc w:val="both"/>
        <w:rPr>
          <w:color w:val="auto"/>
          <w:sz w:val="20"/>
          <w:lang w:val="it-IT"/>
        </w:rPr>
      </w:pPr>
    </w:p>
    <w:p w14:paraId="07EAC847" w14:textId="77777777" w:rsidR="00656150" w:rsidRDefault="00656150" w:rsidP="00230BD6">
      <w:pPr>
        <w:spacing w:after="60"/>
        <w:ind w:left="360"/>
        <w:jc w:val="both"/>
        <w:rPr>
          <w:color w:val="auto"/>
          <w:sz w:val="20"/>
          <w:lang w:val="it-IT"/>
        </w:rPr>
      </w:pPr>
    </w:p>
    <w:p w14:paraId="2ED9A779" w14:textId="77777777" w:rsidR="00656150" w:rsidRDefault="00656150" w:rsidP="00230BD6">
      <w:pPr>
        <w:spacing w:after="60"/>
        <w:ind w:left="360"/>
        <w:jc w:val="both"/>
        <w:rPr>
          <w:color w:val="auto"/>
          <w:sz w:val="20"/>
          <w:lang w:val="it-IT"/>
        </w:rPr>
      </w:pPr>
    </w:p>
    <w:p w14:paraId="1DAA76A4" w14:textId="77777777" w:rsidR="00656150" w:rsidRDefault="00656150" w:rsidP="00230BD6">
      <w:pPr>
        <w:spacing w:after="60"/>
        <w:ind w:left="360"/>
        <w:jc w:val="both"/>
        <w:rPr>
          <w:color w:val="auto"/>
          <w:sz w:val="20"/>
          <w:lang w:val="it-IT"/>
        </w:rPr>
      </w:pPr>
    </w:p>
    <w:p w14:paraId="420203BB" w14:textId="77777777" w:rsidR="00656150" w:rsidRPr="00C802B6" w:rsidRDefault="00656150" w:rsidP="00230BD6">
      <w:pPr>
        <w:spacing w:after="60"/>
        <w:ind w:left="360"/>
        <w:jc w:val="both"/>
        <w:rPr>
          <w:color w:val="auto"/>
          <w:sz w:val="20"/>
          <w:lang w:val="it-IT"/>
        </w:rPr>
      </w:pPr>
    </w:p>
    <w:p w14:paraId="49C269C1" w14:textId="77777777" w:rsidR="005F49E7" w:rsidRPr="00C802B6" w:rsidRDefault="00000000" w:rsidP="00230BD6">
      <w:pPr>
        <w:spacing w:before="280"/>
        <w:jc w:val="center"/>
        <w:rPr>
          <w:b/>
          <w:color w:val="auto"/>
          <w:sz w:val="28"/>
          <w:szCs w:val="20"/>
          <w:lang w:val="it-IT"/>
        </w:rPr>
      </w:pPr>
      <w:r w:rsidRPr="00C802B6">
        <w:rPr>
          <w:b/>
          <w:color w:val="auto"/>
          <w:sz w:val="28"/>
          <w:szCs w:val="20"/>
          <w:lang w:val="it-IT"/>
        </w:rPr>
        <w:t>IN MERITO AL PIANO DI AZIONE CHE L'ISTITUZIONE SCOLASTICA INTENDE ATTUARE AL FINE DI PREVENIRE E CONTRASTARE EVENTUALI FENOMENI DI BULLISMO E CYBERBULLISMO</w:t>
      </w:r>
    </w:p>
    <w:p w14:paraId="0CF0E976" w14:textId="77777777" w:rsidR="0089043C" w:rsidRPr="00C802B6" w:rsidRDefault="0089043C" w:rsidP="00230BD6">
      <w:pPr>
        <w:spacing w:after="0"/>
        <w:jc w:val="both"/>
        <w:rPr>
          <w:b/>
          <w:color w:val="auto"/>
          <w:sz w:val="22"/>
          <w:lang w:val="it-IT"/>
        </w:rPr>
      </w:pPr>
    </w:p>
    <w:p w14:paraId="206370BB" w14:textId="78DB3799" w:rsidR="00230BD6" w:rsidRPr="00656150" w:rsidRDefault="00230BD6" w:rsidP="00230BD6">
      <w:pPr>
        <w:spacing w:after="0"/>
        <w:jc w:val="both"/>
        <w:rPr>
          <w:color w:val="auto"/>
          <w:sz w:val="22"/>
          <w:lang w:val="it-IT"/>
        </w:rPr>
      </w:pPr>
      <w:r w:rsidRPr="00C802B6">
        <w:rPr>
          <w:b/>
          <w:color w:val="auto"/>
          <w:sz w:val="22"/>
          <w:lang w:val="it-IT"/>
        </w:rPr>
        <w:t xml:space="preserve">L'ISTITUZIONE SCOLASTICA </w:t>
      </w:r>
      <w:r w:rsidRPr="00656150">
        <w:rPr>
          <w:bCs/>
          <w:color w:val="auto"/>
          <w:sz w:val="22"/>
          <w:lang w:val="it-IT"/>
        </w:rPr>
        <w:t>si impegna a:</w:t>
      </w:r>
    </w:p>
    <w:p w14:paraId="162E010B" w14:textId="21E882D0" w:rsidR="005F49E7" w:rsidRPr="00656150" w:rsidRDefault="00000000" w:rsidP="00230BD6">
      <w:pPr>
        <w:spacing w:after="60"/>
        <w:ind w:left="360"/>
        <w:jc w:val="both"/>
        <w:rPr>
          <w:color w:val="auto"/>
          <w:sz w:val="22"/>
          <w:lang w:val="it-IT"/>
        </w:rPr>
      </w:pPr>
      <w:r w:rsidRPr="00656150">
        <w:rPr>
          <w:b/>
          <w:color w:val="auto"/>
          <w:sz w:val="22"/>
          <w:lang w:val="it-IT"/>
        </w:rPr>
        <w:t xml:space="preserve">1. </w:t>
      </w:r>
      <w:r w:rsidRPr="00656150">
        <w:rPr>
          <w:color w:val="auto"/>
          <w:sz w:val="22"/>
          <w:lang w:val="it-IT"/>
        </w:rPr>
        <w:t>Organizzare attività di informazione e prevenzione in rapporto ai fenomeni di bullismo e di cyberbullismo;</w:t>
      </w:r>
    </w:p>
    <w:p w14:paraId="7DEABE56"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2. </w:t>
      </w:r>
      <w:r w:rsidRPr="00656150">
        <w:rPr>
          <w:color w:val="auto"/>
          <w:sz w:val="22"/>
          <w:lang w:val="it-IT"/>
        </w:rPr>
        <w:t>Stimolare un uso consapevole e responsabile degli strumenti digitali e delle nuove tecnologie;</w:t>
      </w:r>
    </w:p>
    <w:p w14:paraId="3194E40D"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3. </w:t>
      </w:r>
      <w:r w:rsidRPr="00656150">
        <w:rPr>
          <w:color w:val="auto"/>
          <w:sz w:val="22"/>
          <w:lang w:val="it-IT"/>
        </w:rPr>
        <w:t>Creare un ambiente scolastico accogliente, sereno, fiducioso e rispettoso nei confronti di tutti, anche attraverso il coinvolgimento di associazioni ed enti presenti sul territorio con competenze specifiche;</w:t>
      </w:r>
    </w:p>
    <w:p w14:paraId="37FD9579" w14:textId="0E1EEDAE" w:rsidR="005F49E7" w:rsidRPr="00656150" w:rsidRDefault="00000000" w:rsidP="00230BD6">
      <w:pPr>
        <w:spacing w:after="60"/>
        <w:ind w:left="360"/>
        <w:jc w:val="both"/>
        <w:rPr>
          <w:color w:val="auto"/>
          <w:sz w:val="22"/>
          <w:lang w:val="it-IT"/>
        </w:rPr>
      </w:pPr>
      <w:r w:rsidRPr="00656150">
        <w:rPr>
          <w:b/>
          <w:color w:val="auto"/>
          <w:sz w:val="22"/>
          <w:lang w:val="it-IT"/>
        </w:rPr>
        <w:t xml:space="preserve">4. </w:t>
      </w:r>
      <w:r w:rsidRPr="00656150">
        <w:rPr>
          <w:color w:val="auto"/>
          <w:sz w:val="22"/>
          <w:lang w:val="it-IT"/>
        </w:rPr>
        <w:t>Vigilare attentamente riconoscendo le manifestazioni di bullismo e cyberbullismo e monitorando le situazioni di disagio personale o sociale</w:t>
      </w:r>
      <w:r w:rsidR="005373FE" w:rsidRPr="00656150">
        <w:rPr>
          <w:color w:val="auto"/>
          <w:sz w:val="22"/>
          <w:lang w:val="it-IT"/>
        </w:rPr>
        <w:t>.</w:t>
      </w:r>
    </w:p>
    <w:p w14:paraId="4280DFC8" w14:textId="77777777" w:rsidR="00CB2A02" w:rsidRPr="00C802B6" w:rsidRDefault="00CB2A02" w:rsidP="00230BD6">
      <w:pPr>
        <w:spacing w:after="60"/>
        <w:ind w:left="360"/>
        <w:jc w:val="both"/>
        <w:rPr>
          <w:color w:val="auto"/>
          <w:lang w:val="it-IT"/>
        </w:rPr>
      </w:pPr>
    </w:p>
    <w:p w14:paraId="42238067" w14:textId="38235EC8" w:rsidR="005F49E7" w:rsidRPr="00656150" w:rsidRDefault="00230BD6" w:rsidP="00230BD6">
      <w:pPr>
        <w:jc w:val="both"/>
        <w:rPr>
          <w:color w:val="auto"/>
          <w:sz w:val="22"/>
          <w:lang w:val="it-IT"/>
        </w:rPr>
      </w:pPr>
      <w:r w:rsidRPr="00C802B6">
        <w:rPr>
          <w:b/>
          <w:color w:val="auto"/>
          <w:sz w:val="22"/>
          <w:lang w:val="it-IT"/>
        </w:rPr>
        <w:t xml:space="preserve">LA FAMIGLIA </w:t>
      </w:r>
      <w:r w:rsidRPr="00656150">
        <w:rPr>
          <w:bCs/>
          <w:color w:val="auto"/>
          <w:sz w:val="22"/>
          <w:lang w:val="it-IT"/>
        </w:rPr>
        <w:t>si impegna a:</w:t>
      </w:r>
    </w:p>
    <w:p w14:paraId="6701D1A6" w14:textId="77777777" w:rsidR="005F49E7" w:rsidRPr="00656150" w:rsidRDefault="00000000" w:rsidP="00230BD6">
      <w:pPr>
        <w:spacing w:after="60"/>
        <w:ind w:left="360"/>
        <w:jc w:val="both"/>
        <w:rPr>
          <w:color w:val="auto"/>
          <w:sz w:val="22"/>
          <w:lang w:val="it-IT"/>
        </w:rPr>
      </w:pPr>
      <w:r w:rsidRPr="00656150">
        <w:rPr>
          <w:b/>
          <w:color w:val="auto"/>
          <w:sz w:val="22"/>
          <w:lang w:val="it-IT"/>
        </w:rPr>
        <w:t xml:space="preserve">1. </w:t>
      </w:r>
      <w:r w:rsidRPr="00656150">
        <w:rPr>
          <w:color w:val="auto"/>
          <w:sz w:val="22"/>
          <w:lang w:val="it-IT"/>
        </w:rPr>
        <w:t>Conoscere e accettare l'offerta formativa e i regolamenti dell'Istituto con le relative norme disciplinari;</w:t>
      </w:r>
    </w:p>
    <w:p w14:paraId="4BD4AC2A" w14:textId="52896C66" w:rsidR="005F49E7" w:rsidRPr="00656150" w:rsidRDefault="00000000" w:rsidP="00230BD6">
      <w:pPr>
        <w:spacing w:after="60"/>
        <w:ind w:left="360"/>
        <w:jc w:val="both"/>
        <w:rPr>
          <w:color w:val="auto"/>
          <w:sz w:val="22"/>
          <w:lang w:val="it-IT"/>
        </w:rPr>
      </w:pPr>
      <w:r w:rsidRPr="00656150">
        <w:rPr>
          <w:b/>
          <w:color w:val="auto"/>
          <w:sz w:val="22"/>
          <w:lang w:val="it-IT"/>
        </w:rPr>
        <w:t xml:space="preserve">2. </w:t>
      </w:r>
      <w:r w:rsidRPr="00656150">
        <w:rPr>
          <w:color w:val="auto"/>
          <w:sz w:val="22"/>
          <w:lang w:val="it-IT"/>
        </w:rPr>
        <w:t xml:space="preserve">Sostenere e promuovere le iniziative della </w:t>
      </w:r>
      <w:r w:rsidR="005373FE" w:rsidRPr="00656150">
        <w:rPr>
          <w:color w:val="auto"/>
          <w:sz w:val="22"/>
          <w:lang w:val="it-IT"/>
        </w:rPr>
        <w:t>S</w:t>
      </w:r>
      <w:r w:rsidRPr="00656150">
        <w:rPr>
          <w:color w:val="auto"/>
          <w:sz w:val="22"/>
          <w:lang w:val="it-IT"/>
        </w:rPr>
        <w:t>cuola volte a favorire l'autonomia e il senso di responsabilità anche nell'utilizzo degli strumenti digitali e delle nuove tecnologie</w:t>
      </w:r>
      <w:r w:rsidR="005373FE" w:rsidRPr="00656150">
        <w:rPr>
          <w:color w:val="auto"/>
          <w:sz w:val="22"/>
          <w:lang w:val="it-IT"/>
        </w:rPr>
        <w:t>,</w:t>
      </w:r>
      <w:r w:rsidRPr="00656150">
        <w:rPr>
          <w:color w:val="auto"/>
          <w:sz w:val="22"/>
          <w:lang w:val="it-IT"/>
        </w:rPr>
        <w:t xml:space="preserve"> al fine di prevenire e contrastare efficacemente i fenomeni di bullismo e cyberbullismo;</w:t>
      </w:r>
    </w:p>
    <w:p w14:paraId="38DD9F73" w14:textId="516B5A7F" w:rsidR="005F49E7" w:rsidRPr="00656150" w:rsidRDefault="00000000" w:rsidP="00230BD6">
      <w:pPr>
        <w:spacing w:after="60"/>
        <w:ind w:left="360"/>
        <w:jc w:val="both"/>
        <w:rPr>
          <w:color w:val="auto"/>
          <w:sz w:val="22"/>
          <w:lang w:val="it-IT"/>
        </w:rPr>
      </w:pPr>
      <w:r w:rsidRPr="00656150">
        <w:rPr>
          <w:b/>
          <w:color w:val="auto"/>
          <w:sz w:val="22"/>
          <w:lang w:val="it-IT"/>
        </w:rPr>
        <w:t xml:space="preserve">3. </w:t>
      </w:r>
      <w:r w:rsidRPr="00656150">
        <w:rPr>
          <w:color w:val="auto"/>
          <w:sz w:val="22"/>
          <w:lang w:val="it-IT"/>
        </w:rPr>
        <w:t xml:space="preserve">Partecipare alle iniziative di prevenzione e informazione previste dalla </w:t>
      </w:r>
      <w:r w:rsidR="001B5A2F" w:rsidRPr="00656150">
        <w:rPr>
          <w:color w:val="auto"/>
          <w:sz w:val="22"/>
          <w:lang w:val="it-IT"/>
        </w:rPr>
        <w:t>Sc</w:t>
      </w:r>
      <w:r w:rsidRPr="00656150">
        <w:rPr>
          <w:color w:val="auto"/>
          <w:sz w:val="22"/>
          <w:lang w:val="it-IT"/>
        </w:rPr>
        <w:t>uola;</w:t>
      </w:r>
    </w:p>
    <w:p w14:paraId="293AD09A" w14:textId="06A38717" w:rsidR="005F49E7" w:rsidRPr="00656150" w:rsidRDefault="00000000" w:rsidP="00230BD6">
      <w:pPr>
        <w:spacing w:after="60"/>
        <w:ind w:left="360"/>
        <w:jc w:val="both"/>
        <w:rPr>
          <w:color w:val="auto"/>
          <w:sz w:val="22"/>
          <w:lang w:val="it-IT"/>
        </w:rPr>
      </w:pPr>
      <w:r w:rsidRPr="00656150">
        <w:rPr>
          <w:b/>
          <w:color w:val="auto"/>
          <w:sz w:val="22"/>
          <w:lang w:val="it-IT"/>
        </w:rPr>
        <w:t xml:space="preserve">4. </w:t>
      </w:r>
      <w:r w:rsidRPr="00656150">
        <w:rPr>
          <w:color w:val="auto"/>
          <w:sz w:val="22"/>
          <w:lang w:val="it-IT"/>
        </w:rPr>
        <w:t xml:space="preserve">Discutere e condividere con le proprie figlie e i propri figli il Patto </w:t>
      </w:r>
      <w:r w:rsidR="001B5A2F" w:rsidRPr="00656150">
        <w:rPr>
          <w:color w:val="auto"/>
          <w:sz w:val="22"/>
          <w:lang w:val="it-IT"/>
        </w:rPr>
        <w:t>E</w:t>
      </w:r>
      <w:r w:rsidRPr="00656150">
        <w:rPr>
          <w:color w:val="auto"/>
          <w:sz w:val="22"/>
          <w:lang w:val="it-IT"/>
        </w:rPr>
        <w:t xml:space="preserve">ducativo di </w:t>
      </w:r>
      <w:r w:rsidR="001B5A2F" w:rsidRPr="00656150">
        <w:rPr>
          <w:color w:val="auto"/>
          <w:sz w:val="22"/>
          <w:lang w:val="it-IT"/>
        </w:rPr>
        <w:t>C</w:t>
      </w:r>
      <w:r w:rsidRPr="00656150">
        <w:rPr>
          <w:color w:val="auto"/>
          <w:sz w:val="22"/>
          <w:lang w:val="it-IT"/>
        </w:rPr>
        <w:t>orresponsabilità sottoscritto con l'Istituzione scolastica.</w:t>
      </w:r>
    </w:p>
    <w:p w14:paraId="779D37B6" w14:textId="77777777" w:rsidR="005373FE" w:rsidRPr="00C802B6" w:rsidRDefault="005373FE" w:rsidP="00230BD6">
      <w:pPr>
        <w:spacing w:after="60"/>
        <w:ind w:left="360"/>
        <w:jc w:val="both"/>
        <w:rPr>
          <w:color w:val="auto"/>
          <w:lang w:val="it-IT"/>
        </w:rPr>
      </w:pPr>
    </w:p>
    <w:p w14:paraId="2EE360FE" w14:textId="3AEF8295" w:rsidR="005F49E7" w:rsidRPr="00656150" w:rsidRDefault="00230BD6" w:rsidP="00230BD6">
      <w:pPr>
        <w:jc w:val="both"/>
        <w:rPr>
          <w:color w:val="auto"/>
          <w:sz w:val="22"/>
          <w:lang w:val="it-IT"/>
        </w:rPr>
      </w:pPr>
      <w:r w:rsidRPr="00C802B6">
        <w:rPr>
          <w:b/>
          <w:color w:val="auto"/>
          <w:sz w:val="22"/>
          <w:lang w:val="it-IT"/>
        </w:rPr>
        <w:t xml:space="preserve">L'ALUNNA / L'ALUNNO </w:t>
      </w:r>
      <w:r w:rsidRPr="00656150">
        <w:rPr>
          <w:bCs/>
          <w:color w:val="auto"/>
          <w:sz w:val="22"/>
          <w:lang w:val="it-IT"/>
        </w:rPr>
        <w:t>si impegna a:</w:t>
      </w:r>
    </w:p>
    <w:p w14:paraId="640CB535" w14:textId="2CFF51B6" w:rsidR="005F49E7" w:rsidRPr="00656150" w:rsidRDefault="00000000" w:rsidP="00230BD6">
      <w:pPr>
        <w:spacing w:after="60"/>
        <w:ind w:left="360"/>
        <w:jc w:val="both"/>
        <w:rPr>
          <w:color w:val="auto"/>
          <w:sz w:val="22"/>
          <w:lang w:val="it-IT"/>
        </w:rPr>
      </w:pPr>
      <w:r w:rsidRPr="00656150">
        <w:rPr>
          <w:b/>
          <w:color w:val="auto"/>
          <w:sz w:val="22"/>
          <w:lang w:val="it-IT"/>
        </w:rPr>
        <w:t xml:space="preserve">1. </w:t>
      </w:r>
      <w:r w:rsidRPr="00656150">
        <w:rPr>
          <w:color w:val="auto"/>
          <w:sz w:val="22"/>
          <w:lang w:val="it-IT"/>
        </w:rPr>
        <w:t xml:space="preserve">Usare linguaggio </w:t>
      </w:r>
      <w:r w:rsidR="005373FE" w:rsidRPr="00656150">
        <w:rPr>
          <w:color w:val="auto"/>
          <w:sz w:val="22"/>
          <w:lang w:val="it-IT"/>
        </w:rPr>
        <w:t xml:space="preserve">e comportamento </w:t>
      </w:r>
      <w:r w:rsidRPr="00656150">
        <w:rPr>
          <w:color w:val="auto"/>
          <w:sz w:val="22"/>
          <w:lang w:val="it-IT"/>
        </w:rPr>
        <w:t>corrett</w:t>
      </w:r>
      <w:r w:rsidR="005373FE" w:rsidRPr="00656150">
        <w:rPr>
          <w:color w:val="auto"/>
          <w:sz w:val="22"/>
          <w:lang w:val="it-IT"/>
        </w:rPr>
        <w:t>i</w:t>
      </w:r>
      <w:r w:rsidRPr="00656150">
        <w:rPr>
          <w:color w:val="auto"/>
          <w:sz w:val="22"/>
          <w:lang w:val="it-IT"/>
        </w:rPr>
        <w:t xml:space="preserve"> e rispettos</w:t>
      </w:r>
      <w:r w:rsidR="005373FE" w:rsidRPr="00656150">
        <w:rPr>
          <w:color w:val="auto"/>
          <w:sz w:val="22"/>
          <w:lang w:val="it-IT"/>
        </w:rPr>
        <w:t>i</w:t>
      </w:r>
      <w:r w:rsidRPr="00656150">
        <w:rPr>
          <w:color w:val="auto"/>
          <w:sz w:val="22"/>
          <w:lang w:val="it-IT"/>
        </w:rPr>
        <w:t xml:space="preserve"> in tutti gli ambienti frequentati;</w:t>
      </w:r>
    </w:p>
    <w:p w14:paraId="5690904A" w14:textId="36843426" w:rsidR="005F49E7" w:rsidRPr="00656150" w:rsidRDefault="00000000" w:rsidP="00230BD6">
      <w:pPr>
        <w:spacing w:after="60"/>
        <w:ind w:left="360"/>
        <w:jc w:val="both"/>
        <w:rPr>
          <w:color w:val="auto"/>
          <w:sz w:val="22"/>
          <w:lang w:val="it-IT"/>
        </w:rPr>
      </w:pPr>
      <w:r w:rsidRPr="00656150">
        <w:rPr>
          <w:b/>
          <w:color w:val="auto"/>
          <w:sz w:val="22"/>
          <w:lang w:val="it-IT"/>
        </w:rPr>
        <w:t xml:space="preserve">2. </w:t>
      </w:r>
      <w:r w:rsidRPr="00656150">
        <w:rPr>
          <w:color w:val="auto"/>
          <w:sz w:val="22"/>
          <w:lang w:val="it-IT"/>
        </w:rPr>
        <w:t xml:space="preserve">Utilizzare </w:t>
      </w:r>
      <w:r w:rsidR="005373FE" w:rsidRPr="00656150">
        <w:rPr>
          <w:color w:val="auto"/>
          <w:sz w:val="22"/>
          <w:lang w:val="it-IT"/>
        </w:rPr>
        <w:t>i</w:t>
      </w:r>
      <w:r w:rsidRPr="00656150">
        <w:rPr>
          <w:color w:val="auto"/>
          <w:sz w:val="22"/>
          <w:lang w:val="it-IT"/>
        </w:rPr>
        <w:t xml:space="preserve"> dispositivi digitali nel rispetto dei regolamenti dell'Istituto, solo per fini didattici e su autorizzazione esplicita e motivata dell'insegnante;</w:t>
      </w:r>
    </w:p>
    <w:p w14:paraId="02FC3F27" w14:textId="7CA6D83F" w:rsidR="005F49E7" w:rsidRPr="00656150" w:rsidRDefault="00000000" w:rsidP="00230BD6">
      <w:pPr>
        <w:spacing w:after="60"/>
        <w:ind w:left="360"/>
        <w:jc w:val="both"/>
        <w:rPr>
          <w:color w:val="auto"/>
          <w:sz w:val="22"/>
          <w:lang w:val="it-IT"/>
        </w:rPr>
      </w:pPr>
      <w:r w:rsidRPr="00656150">
        <w:rPr>
          <w:b/>
          <w:color w:val="auto"/>
          <w:sz w:val="22"/>
          <w:lang w:val="it-IT"/>
        </w:rPr>
        <w:t xml:space="preserve">3. </w:t>
      </w:r>
      <w:r w:rsidRPr="00656150">
        <w:rPr>
          <w:color w:val="auto"/>
          <w:sz w:val="22"/>
          <w:lang w:val="it-IT"/>
        </w:rPr>
        <w:t>Segnalare agli insegnanti e ai genitori episodi di bullismo o cyberbullismo di cui fosse vittima o testimone</w:t>
      </w:r>
      <w:r w:rsidR="001B5A2F" w:rsidRPr="00656150">
        <w:rPr>
          <w:color w:val="auto"/>
          <w:sz w:val="22"/>
          <w:lang w:val="it-IT"/>
        </w:rPr>
        <w:t xml:space="preserve"> durante l’attività scolastica</w:t>
      </w:r>
      <w:r w:rsidRPr="00656150">
        <w:rPr>
          <w:color w:val="auto"/>
          <w:sz w:val="22"/>
          <w:lang w:val="it-IT"/>
        </w:rPr>
        <w:t>;</w:t>
      </w:r>
    </w:p>
    <w:p w14:paraId="220F6D99" w14:textId="08D16515" w:rsidR="005F49E7" w:rsidRPr="00656150" w:rsidRDefault="00000000" w:rsidP="00230BD6">
      <w:pPr>
        <w:spacing w:after="60"/>
        <w:ind w:left="360"/>
        <w:jc w:val="both"/>
        <w:rPr>
          <w:color w:val="auto"/>
          <w:sz w:val="22"/>
          <w:lang w:val="it-IT"/>
        </w:rPr>
      </w:pPr>
      <w:r w:rsidRPr="00656150">
        <w:rPr>
          <w:b/>
          <w:color w:val="auto"/>
          <w:sz w:val="22"/>
          <w:lang w:val="it-IT"/>
        </w:rPr>
        <w:t xml:space="preserve">4. </w:t>
      </w:r>
      <w:r w:rsidRPr="00656150">
        <w:rPr>
          <w:color w:val="auto"/>
          <w:sz w:val="22"/>
          <w:lang w:val="it-IT"/>
        </w:rPr>
        <w:t>Accettare, rispettare e aiutare gli altri, impegnandosi a comprendere le ragioni dei comportamenti altrui, evitando di utilizzare gli strumenti digitali e i mezzi di comunicazione per aggredire, denigrare</w:t>
      </w:r>
      <w:r w:rsidR="005373FE" w:rsidRPr="00656150">
        <w:rPr>
          <w:color w:val="auto"/>
          <w:sz w:val="22"/>
          <w:lang w:val="it-IT"/>
        </w:rPr>
        <w:t>,</w:t>
      </w:r>
      <w:r w:rsidRPr="00656150">
        <w:rPr>
          <w:color w:val="auto"/>
          <w:sz w:val="22"/>
          <w:lang w:val="it-IT"/>
        </w:rPr>
        <w:t xml:space="preserve"> ingiuriare e molestare altre persone;</w:t>
      </w:r>
    </w:p>
    <w:p w14:paraId="44EC436D" w14:textId="7FA0CCA9" w:rsidR="005F49E7" w:rsidRPr="00656150" w:rsidRDefault="00000000" w:rsidP="00230BD6">
      <w:pPr>
        <w:spacing w:after="60"/>
        <w:ind w:left="360"/>
        <w:jc w:val="both"/>
        <w:rPr>
          <w:color w:val="auto"/>
          <w:sz w:val="22"/>
          <w:lang w:val="it-IT"/>
        </w:rPr>
      </w:pPr>
      <w:r w:rsidRPr="00656150">
        <w:rPr>
          <w:b/>
          <w:color w:val="auto"/>
          <w:sz w:val="22"/>
          <w:lang w:val="it-IT"/>
        </w:rPr>
        <w:t xml:space="preserve">5. </w:t>
      </w:r>
      <w:r w:rsidRPr="00656150">
        <w:rPr>
          <w:color w:val="auto"/>
          <w:sz w:val="22"/>
          <w:lang w:val="it-IT"/>
        </w:rPr>
        <w:t xml:space="preserve">Accettare e mettere in atto le azioni riparatrici decise dalla </w:t>
      </w:r>
      <w:r w:rsidR="001B5A2F" w:rsidRPr="00656150">
        <w:rPr>
          <w:color w:val="auto"/>
          <w:sz w:val="22"/>
          <w:lang w:val="it-IT"/>
        </w:rPr>
        <w:t>S</w:t>
      </w:r>
      <w:r w:rsidRPr="00656150">
        <w:rPr>
          <w:color w:val="auto"/>
          <w:sz w:val="22"/>
          <w:lang w:val="it-IT"/>
        </w:rPr>
        <w:t xml:space="preserve">cuola </w:t>
      </w:r>
      <w:r w:rsidR="005373FE" w:rsidRPr="00656150">
        <w:rPr>
          <w:color w:val="auto"/>
          <w:sz w:val="22"/>
          <w:lang w:val="it-IT"/>
        </w:rPr>
        <w:t>in caso di</w:t>
      </w:r>
      <w:r w:rsidRPr="00656150">
        <w:rPr>
          <w:color w:val="auto"/>
          <w:sz w:val="22"/>
          <w:lang w:val="it-IT"/>
        </w:rPr>
        <w:t xml:space="preserve"> comportamenti non rispettosi dei regolamenti dell'Istituto.</w:t>
      </w:r>
    </w:p>
    <w:p w14:paraId="18AB0AC1" w14:textId="77777777" w:rsidR="00C802B6" w:rsidRDefault="00C802B6" w:rsidP="00230BD6">
      <w:pPr>
        <w:spacing w:after="60"/>
        <w:ind w:left="360"/>
        <w:jc w:val="both"/>
        <w:rPr>
          <w:color w:val="auto"/>
          <w:sz w:val="20"/>
          <w:lang w:val="it-IT"/>
        </w:rPr>
      </w:pPr>
    </w:p>
    <w:p w14:paraId="17EB9B6E" w14:textId="77777777" w:rsidR="00656150" w:rsidRDefault="00656150" w:rsidP="00230BD6">
      <w:pPr>
        <w:spacing w:after="60"/>
        <w:ind w:left="360"/>
        <w:jc w:val="both"/>
        <w:rPr>
          <w:color w:val="auto"/>
          <w:sz w:val="20"/>
          <w:lang w:val="it-IT"/>
        </w:rPr>
      </w:pPr>
    </w:p>
    <w:p w14:paraId="28C138FD" w14:textId="77777777" w:rsidR="00656150" w:rsidRDefault="00656150" w:rsidP="00230BD6">
      <w:pPr>
        <w:spacing w:after="60"/>
        <w:ind w:left="360"/>
        <w:jc w:val="both"/>
        <w:rPr>
          <w:color w:val="auto"/>
          <w:sz w:val="20"/>
          <w:lang w:val="it-IT"/>
        </w:rPr>
      </w:pPr>
    </w:p>
    <w:p w14:paraId="72D30F58" w14:textId="77777777" w:rsidR="00656150" w:rsidRDefault="00656150" w:rsidP="00230BD6">
      <w:pPr>
        <w:spacing w:after="60"/>
        <w:ind w:left="360"/>
        <w:jc w:val="both"/>
        <w:rPr>
          <w:color w:val="auto"/>
          <w:sz w:val="20"/>
          <w:lang w:val="it-IT"/>
        </w:rPr>
      </w:pPr>
    </w:p>
    <w:p w14:paraId="7E0E285B" w14:textId="77777777" w:rsidR="00656150" w:rsidRDefault="00656150" w:rsidP="00230BD6">
      <w:pPr>
        <w:spacing w:after="60"/>
        <w:ind w:left="360"/>
        <w:jc w:val="both"/>
        <w:rPr>
          <w:color w:val="auto"/>
          <w:sz w:val="20"/>
          <w:lang w:val="it-IT"/>
        </w:rPr>
      </w:pPr>
    </w:p>
    <w:p w14:paraId="456223FC" w14:textId="07F3C761" w:rsidR="00C802B6" w:rsidRPr="00C802B6" w:rsidRDefault="00C802B6" w:rsidP="00C802B6">
      <w:pPr>
        <w:spacing w:after="60"/>
        <w:ind w:left="360"/>
        <w:jc w:val="center"/>
        <w:rPr>
          <w:b/>
          <w:bCs/>
          <w:color w:val="auto"/>
          <w:sz w:val="28"/>
          <w:szCs w:val="32"/>
          <w:lang w:val="it-IT"/>
        </w:rPr>
      </w:pPr>
      <w:r w:rsidRPr="00C802B6">
        <w:rPr>
          <w:b/>
          <w:bCs/>
          <w:color w:val="auto"/>
          <w:sz w:val="28"/>
          <w:szCs w:val="32"/>
          <w:lang w:val="it-IT"/>
        </w:rPr>
        <w:t>RIFERIMENTI NORMATIVI</w:t>
      </w:r>
    </w:p>
    <w:p w14:paraId="610B5A61" w14:textId="77777777" w:rsidR="00C802B6" w:rsidRPr="00656150" w:rsidRDefault="00C802B6" w:rsidP="00C802B6">
      <w:pPr>
        <w:numPr>
          <w:ilvl w:val="0"/>
          <w:numId w:val="10"/>
        </w:numPr>
        <w:spacing w:after="60"/>
        <w:jc w:val="both"/>
        <w:rPr>
          <w:color w:val="auto"/>
          <w:sz w:val="22"/>
          <w:lang w:val="it-IT"/>
        </w:rPr>
      </w:pPr>
      <w:proofErr w:type="spellStart"/>
      <w:r w:rsidRPr="00656150">
        <w:rPr>
          <w:b/>
          <w:bCs/>
          <w:color w:val="auto"/>
          <w:sz w:val="22"/>
          <w:lang w:val="it-IT"/>
        </w:rPr>
        <w:t>D.Lgs.</w:t>
      </w:r>
      <w:proofErr w:type="spellEnd"/>
      <w:r w:rsidRPr="00656150">
        <w:rPr>
          <w:b/>
          <w:bCs/>
          <w:color w:val="auto"/>
          <w:sz w:val="22"/>
          <w:lang w:val="it-IT"/>
        </w:rPr>
        <w:t xml:space="preserve"> 16 aprile 1994, n. 297</w:t>
      </w:r>
      <w:r w:rsidRPr="00656150">
        <w:rPr>
          <w:color w:val="auto"/>
          <w:sz w:val="22"/>
          <w:lang w:val="it-IT"/>
        </w:rPr>
        <w:t xml:space="preserve">, Testo Unico delle disposizioni legislative vigenti in materia di istruzione, relative alle scuole di ogni ordine e grado; </w:t>
      </w:r>
    </w:p>
    <w:p w14:paraId="0B97214B"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D.P.R. 8 marzo 1999, n. 275</w:t>
      </w:r>
      <w:r w:rsidRPr="00656150">
        <w:rPr>
          <w:color w:val="auto"/>
          <w:sz w:val="22"/>
          <w:lang w:val="it-IT"/>
        </w:rPr>
        <w:t xml:space="preserve">, Regolamento dell'autonomia scolastica; </w:t>
      </w:r>
    </w:p>
    <w:p w14:paraId="3FE4FCDC"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Legge 13 luglio 2015, n. 107</w:t>
      </w:r>
      <w:r w:rsidRPr="00656150">
        <w:rPr>
          <w:color w:val="auto"/>
          <w:sz w:val="22"/>
          <w:lang w:val="it-IT"/>
        </w:rPr>
        <w:t xml:space="preserve">, Riforma del sistema nazionale di istruzione e formazione e delega per il riordino delle disposizioni legislative vigenti; </w:t>
      </w:r>
    </w:p>
    <w:p w14:paraId="4EC549C1"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D.M. n. 16 del 05/02/2007</w:t>
      </w:r>
      <w:r w:rsidRPr="00656150">
        <w:rPr>
          <w:color w:val="auto"/>
          <w:sz w:val="22"/>
          <w:lang w:val="it-IT"/>
        </w:rPr>
        <w:t xml:space="preserve"> "Linee di indirizzo generali e azioni a livello nazionale per la prevenzione del bullismo"; </w:t>
      </w:r>
    </w:p>
    <w:p w14:paraId="01AB560C"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Legge 29 maggio 2017, n. 71</w:t>
      </w:r>
      <w:r w:rsidRPr="00656150">
        <w:rPr>
          <w:color w:val="auto"/>
          <w:sz w:val="22"/>
          <w:lang w:val="it-IT"/>
        </w:rPr>
        <w:t xml:space="preserve">, Disposizioni a tutela dei minori per la prevenzione e il contrasto del fenomeno del cyberbullismo e Linee di orientamento MIUR, ottobre 2017, per la prevenzione e il contrasto del cyberbullismo; </w:t>
      </w:r>
    </w:p>
    <w:p w14:paraId="2510B12D"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Legge 17 maggio 2024, n. 70</w:t>
      </w:r>
      <w:r w:rsidRPr="00656150">
        <w:rPr>
          <w:color w:val="auto"/>
          <w:sz w:val="22"/>
          <w:lang w:val="it-IT"/>
        </w:rPr>
        <w:t xml:space="preserve"> recante disposizioni e delega al Governo in materia di prevenzione e contrasto del bullismo e del cyber bullismo; </w:t>
      </w:r>
    </w:p>
    <w:p w14:paraId="0C69C247"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Legge 20 agosto 2019, n. 92</w:t>
      </w:r>
      <w:r w:rsidRPr="00656150">
        <w:rPr>
          <w:color w:val="auto"/>
          <w:sz w:val="22"/>
          <w:lang w:val="it-IT"/>
        </w:rPr>
        <w:t xml:space="preserve">, Introduzione dell'insegnamento scolastico dell'educazione civica; </w:t>
      </w:r>
    </w:p>
    <w:p w14:paraId="504EC761"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Linee guida per l'insegnamento dell'educazione civica</w:t>
      </w:r>
      <w:r w:rsidRPr="00656150">
        <w:rPr>
          <w:color w:val="auto"/>
          <w:sz w:val="22"/>
          <w:lang w:val="it-IT"/>
        </w:rPr>
        <w:t xml:space="preserve"> pubblicate con D.M. n. 183 il 7 settembre 2024; </w:t>
      </w:r>
    </w:p>
    <w:p w14:paraId="7943A6CE" w14:textId="77777777" w:rsidR="00C802B6" w:rsidRPr="00656150" w:rsidRDefault="00C802B6" w:rsidP="00C802B6">
      <w:pPr>
        <w:numPr>
          <w:ilvl w:val="0"/>
          <w:numId w:val="10"/>
        </w:numPr>
        <w:spacing w:after="60"/>
        <w:jc w:val="both"/>
        <w:rPr>
          <w:color w:val="auto"/>
          <w:sz w:val="22"/>
          <w:lang w:val="it-IT"/>
        </w:rPr>
      </w:pPr>
      <w:proofErr w:type="spellStart"/>
      <w:r w:rsidRPr="00656150">
        <w:rPr>
          <w:b/>
          <w:bCs/>
          <w:color w:val="auto"/>
          <w:sz w:val="22"/>
          <w:lang w:val="it-IT"/>
        </w:rPr>
        <w:t>D.Lgs.</w:t>
      </w:r>
      <w:proofErr w:type="spellEnd"/>
      <w:r w:rsidRPr="00656150">
        <w:rPr>
          <w:b/>
          <w:bCs/>
          <w:color w:val="auto"/>
          <w:sz w:val="22"/>
          <w:lang w:val="it-IT"/>
        </w:rPr>
        <w:t xml:space="preserve"> 9 aprile 2008, n. 81</w:t>
      </w:r>
      <w:r w:rsidRPr="00656150">
        <w:rPr>
          <w:color w:val="auto"/>
          <w:sz w:val="22"/>
          <w:lang w:val="it-IT"/>
        </w:rPr>
        <w:t xml:space="preserve">, Testo Unico in materia di tutela della salute e della sicurezza nei luoghi di lavoro; </w:t>
      </w:r>
    </w:p>
    <w:p w14:paraId="3363337C"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D.M. n. 5843/A3 del 16/10/2006</w:t>
      </w:r>
      <w:r w:rsidRPr="00656150">
        <w:rPr>
          <w:color w:val="auto"/>
          <w:sz w:val="22"/>
          <w:lang w:val="it-IT"/>
        </w:rPr>
        <w:t xml:space="preserve"> "Linee di indirizzo sulla cittadinanza democratica e legalità"; </w:t>
      </w:r>
    </w:p>
    <w:p w14:paraId="7FBADF41"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D.M. n. 30 del 15/03/2007</w:t>
      </w:r>
      <w:r w:rsidRPr="00656150">
        <w:rPr>
          <w:color w:val="auto"/>
          <w:sz w:val="22"/>
          <w:lang w:val="it-IT"/>
        </w:rPr>
        <w:t xml:space="preserve"> "Linee di indirizzo e indicazioni in materia di utilizzo di telefoni cellulari e di altri dispositivi elettronici durante l'attività didattica, irrogazione di sanzioni disciplinari, dovere di vigilanza e di corresponsabilità dei genitori e dei docenti"; </w:t>
      </w:r>
    </w:p>
    <w:p w14:paraId="3F13BE32" w14:textId="77777777" w:rsidR="00C802B6" w:rsidRPr="00656150" w:rsidRDefault="00C802B6" w:rsidP="00C802B6">
      <w:pPr>
        <w:numPr>
          <w:ilvl w:val="0"/>
          <w:numId w:val="10"/>
        </w:numPr>
        <w:spacing w:after="60"/>
        <w:jc w:val="both"/>
        <w:rPr>
          <w:color w:val="auto"/>
          <w:sz w:val="22"/>
          <w:lang w:val="it-IT"/>
        </w:rPr>
      </w:pPr>
      <w:r w:rsidRPr="00656150">
        <w:rPr>
          <w:b/>
          <w:bCs/>
          <w:color w:val="auto"/>
          <w:sz w:val="22"/>
          <w:lang w:val="it-IT"/>
        </w:rPr>
        <w:t>Disposizioni in merito all'uso degli smartphone e del registro elettronico nel primo ciclo di istruzione</w:t>
      </w:r>
      <w:r w:rsidRPr="00656150">
        <w:rPr>
          <w:color w:val="auto"/>
          <w:sz w:val="22"/>
          <w:lang w:val="it-IT"/>
        </w:rPr>
        <w:t xml:space="preserve"> (nota MIM 5274 del 11-7-24)</w:t>
      </w:r>
    </w:p>
    <w:p w14:paraId="26230756" w14:textId="77777777" w:rsidR="00C802B6" w:rsidRPr="00656150" w:rsidRDefault="00C802B6" w:rsidP="00230BD6">
      <w:pPr>
        <w:spacing w:after="60"/>
        <w:ind w:left="360"/>
        <w:jc w:val="both"/>
        <w:rPr>
          <w:color w:val="auto"/>
          <w:sz w:val="22"/>
          <w:lang w:val="it-IT"/>
        </w:rPr>
      </w:pPr>
    </w:p>
    <w:p w14:paraId="4F888237" w14:textId="77777777" w:rsidR="0089043C" w:rsidRPr="00656150" w:rsidRDefault="0089043C" w:rsidP="00230BD6">
      <w:pPr>
        <w:spacing w:after="60"/>
        <w:ind w:left="360"/>
        <w:jc w:val="both"/>
        <w:rPr>
          <w:color w:val="auto"/>
          <w:sz w:val="22"/>
          <w:lang w:val="it-IT"/>
        </w:rPr>
      </w:pPr>
    </w:p>
    <w:p w14:paraId="4BB27399" w14:textId="2605D2FD" w:rsidR="0089043C" w:rsidRPr="00656150" w:rsidRDefault="0089043C" w:rsidP="00230BD6">
      <w:pPr>
        <w:spacing w:after="60"/>
        <w:ind w:left="360"/>
        <w:jc w:val="both"/>
        <w:rPr>
          <w:color w:val="auto"/>
          <w:sz w:val="22"/>
          <w:lang w:val="it-IT"/>
        </w:rPr>
      </w:pPr>
      <w:r w:rsidRPr="00656150">
        <w:rPr>
          <w:color w:val="auto"/>
          <w:sz w:val="22"/>
          <w:lang w:val="it-IT"/>
        </w:rPr>
        <w:t>Roma, lì ________________________                                                                   IL DIRIGENTE SCOLASTICO</w:t>
      </w:r>
    </w:p>
    <w:p w14:paraId="698FEC6A" w14:textId="65C32ABE" w:rsidR="0089043C" w:rsidRPr="00656150" w:rsidRDefault="0089043C" w:rsidP="0089043C">
      <w:pPr>
        <w:spacing w:after="60"/>
        <w:jc w:val="both"/>
        <w:rPr>
          <w:color w:val="auto"/>
          <w:sz w:val="22"/>
          <w:lang w:val="it-IT"/>
        </w:rPr>
      </w:pPr>
      <w:r w:rsidRPr="00656150">
        <w:rPr>
          <w:color w:val="auto"/>
          <w:sz w:val="22"/>
          <w:lang w:val="it-IT"/>
        </w:rPr>
        <w:t xml:space="preserve">                                                                                                                                                   Prof. Francesco Oman </w:t>
      </w:r>
    </w:p>
    <w:p w14:paraId="442920C6" w14:textId="2E5394EC" w:rsidR="0089043C" w:rsidRPr="00656150" w:rsidRDefault="0089043C" w:rsidP="0089043C">
      <w:pPr>
        <w:spacing w:after="60"/>
        <w:jc w:val="both"/>
        <w:rPr>
          <w:color w:val="auto"/>
          <w:sz w:val="22"/>
          <w:lang w:val="it-IT"/>
        </w:rPr>
      </w:pPr>
      <w:r w:rsidRPr="00656150">
        <w:rPr>
          <w:color w:val="auto"/>
          <w:sz w:val="22"/>
          <w:lang w:val="it-IT"/>
        </w:rPr>
        <w:t xml:space="preserve">                                                                                                                                         ___________________________</w:t>
      </w:r>
    </w:p>
    <w:p w14:paraId="2B195B24" w14:textId="77777777" w:rsidR="0089043C" w:rsidRPr="00656150" w:rsidRDefault="0089043C" w:rsidP="00230BD6">
      <w:pPr>
        <w:spacing w:after="60"/>
        <w:ind w:left="360"/>
        <w:jc w:val="both"/>
        <w:rPr>
          <w:color w:val="auto"/>
          <w:sz w:val="22"/>
          <w:lang w:val="it-IT"/>
        </w:rPr>
      </w:pPr>
    </w:p>
    <w:p w14:paraId="5642DD4C" w14:textId="1DB13AF4" w:rsidR="0089043C" w:rsidRPr="00656150" w:rsidRDefault="0089043C" w:rsidP="00230BD6">
      <w:pPr>
        <w:spacing w:after="60"/>
        <w:ind w:left="360"/>
        <w:jc w:val="both"/>
        <w:rPr>
          <w:color w:val="auto"/>
          <w:sz w:val="22"/>
          <w:lang w:val="it-IT"/>
        </w:rPr>
      </w:pPr>
      <w:r w:rsidRPr="00656150">
        <w:rPr>
          <w:color w:val="auto"/>
          <w:sz w:val="22"/>
          <w:lang w:val="it-IT"/>
        </w:rPr>
        <w:t xml:space="preserve"> I GENTORI/CHI NE FA LE VECI                                                                                       L’ALUNNO/L’ALUNNA</w:t>
      </w:r>
    </w:p>
    <w:p w14:paraId="00F783FC" w14:textId="034A3D9C" w:rsidR="005F1FCB" w:rsidRPr="00656150" w:rsidRDefault="0089043C" w:rsidP="00C23AF8">
      <w:pPr>
        <w:spacing w:after="60"/>
        <w:ind w:left="360"/>
        <w:jc w:val="both"/>
        <w:rPr>
          <w:color w:val="auto"/>
          <w:sz w:val="22"/>
          <w:lang w:val="it-IT"/>
        </w:rPr>
      </w:pPr>
      <w:r w:rsidRPr="00656150">
        <w:rPr>
          <w:color w:val="auto"/>
          <w:sz w:val="22"/>
          <w:lang w:val="it-IT"/>
        </w:rPr>
        <w:t xml:space="preserve">___________________________                                                                     ___________________________ </w:t>
      </w:r>
    </w:p>
    <w:sectPr w:rsidR="005F1FCB" w:rsidRPr="00656150" w:rsidSect="0089043C">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DEF89" w14:textId="77777777" w:rsidR="00384D25" w:rsidRDefault="00384D25" w:rsidP="00F6725C">
      <w:pPr>
        <w:spacing w:after="0" w:line="240" w:lineRule="auto"/>
      </w:pPr>
      <w:r>
        <w:separator/>
      </w:r>
    </w:p>
  </w:endnote>
  <w:endnote w:type="continuationSeparator" w:id="0">
    <w:p w14:paraId="4EE01269" w14:textId="77777777" w:rsidR="00384D25" w:rsidRDefault="00384D25" w:rsidP="00F672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8808A" w14:textId="77777777" w:rsidR="00384D25" w:rsidRDefault="00384D25" w:rsidP="00F6725C">
      <w:pPr>
        <w:spacing w:after="0" w:line="240" w:lineRule="auto"/>
      </w:pPr>
      <w:r>
        <w:separator/>
      </w:r>
    </w:p>
  </w:footnote>
  <w:footnote w:type="continuationSeparator" w:id="0">
    <w:p w14:paraId="35B34054" w14:textId="77777777" w:rsidR="00384D25" w:rsidRDefault="00384D25" w:rsidP="00F672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abstractNum w:abstractNumId="9" w15:restartNumberingAfterBreak="0">
    <w:nsid w:val="136253A1"/>
    <w:multiLevelType w:val="multilevel"/>
    <w:tmpl w:val="FC44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57909">
    <w:abstractNumId w:val="8"/>
  </w:num>
  <w:num w:numId="2" w16cid:durableId="1318220117">
    <w:abstractNumId w:val="6"/>
  </w:num>
  <w:num w:numId="3" w16cid:durableId="339048448">
    <w:abstractNumId w:val="5"/>
  </w:num>
  <w:num w:numId="4" w16cid:durableId="1662079811">
    <w:abstractNumId w:val="4"/>
  </w:num>
  <w:num w:numId="5" w16cid:durableId="462964968">
    <w:abstractNumId w:val="7"/>
  </w:num>
  <w:num w:numId="6" w16cid:durableId="1563559166">
    <w:abstractNumId w:val="3"/>
  </w:num>
  <w:num w:numId="7" w16cid:durableId="241767631">
    <w:abstractNumId w:val="2"/>
  </w:num>
  <w:num w:numId="8" w16cid:durableId="979385861">
    <w:abstractNumId w:val="1"/>
  </w:num>
  <w:num w:numId="9" w16cid:durableId="2064284896">
    <w:abstractNumId w:val="0"/>
  </w:num>
  <w:num w:numId="10" w16cid:durableId="5052911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defaultTabStop w:val="720"/>
  <w:hyphenationZone w:val="283"/>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13D7"/>
    <w:rsid w:val="0015074B"/>
    <w:rsid w:val="001B5A2F"/>
    <w:rsid w:val="001D5242"/>
    <w:rsid w:val="00230BD6"/>
    <w:rsid w:val="0029639D"/>
    <w:rsid w:val="002F66D2"/>
    <w:rsid w:val="00326F90"/>
    <w:rsid w:val="00384D25"/>
    <w:rsid w:val="003E03C8"/>
    <w:rsid w:val="00444AE7"/>
    <w:rsid w:val="005055E0"/>
    <w:rsid w:val="005319DC"/>
    <w:rsid w:val="005373FE"/>
    <w:rsid w:val="00570E13"/>
    <w:rsid w:val="005A1792"/>
    <w:rsid w:val="005B0096"/>
    <w:rsid w:val="005F1FCB"/>
    <w:rsid w:val="005F49E7"/>
    <w:rsid w:val="00656150"/>
    <w:rsid w:val="006E2DE4"/>
    <w:rsid w:val="007309EB"/>
    <w:rsid w:val="007E66ED"/>
    <w:rsid w:val="0089043C"/>
    <w:rsid w:val="00A537D9"/>
    <w:rsid w:val="00A73277"/>
    <w:rsid w:val="00AA1D8D"/>
    <w:rsid w:val="00AF5B3E"/>
    <w:rsid w:val="00B24F77"/>
    <w:rsid w:val="00B47730"/>
    <w:rsid w:val="00BE1E4D"/>
    <w:rsid w:val="00C1144A"/>
    <w:rsid w:val="00C23AF8"/>
    <w:rsid w:val="00C31D26"/>
    <w:rsid w:val="00C802B6"/>
    <w:rsid w:val="00C80D10"/>
    <w:rsid w:val="00CB0664"/>
    <w:rsid w:val="00CB2A02"/>
    <w:rsid w:val="00D8636C"/>
    <w:rsid w:val="00DC16D1"/>
    <w:rsid w:val="00EC7CB0"/>
    <w:rsid w:val="00EC7D35"/>
    <w:rsid w:val="00ED2E07"/>
    <w:rsid w:val="00F21BC6"/>
    <w:rsid w:val="00F6725C"/>
    <w:rsid w:val="00F74692"/>
    <w:rsid w:val="00F768C1"/>
    <w:rsid w:val="00FC693F"/>
    <w:rsid w:val="00FE30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F0944D"/>
  <w14:defaultImageDpi w14:val="300"/>
  <w15:docId w15:val="{093E2E87-2D90-44D4-B595-FD4011760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pPr>
    <w:rPr>
      <w:rFonts w:ascii="Calibri" w:hAnsi="Calibri"/>
      <w:color w:val="2D3748"/>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stonotaapidipagina">
    <w:name w:val="footnote text"/>
    <w:basedOn w:val="Normale"/>
    <w:link w:val="TestonotaapidipaginaCarattere"/>
    <w:uiPriority w:val="99"/>
    <w:semiHidden/>
    <w:unhideWhenUsed/>
    <w:rsid w:val="00C80D1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80D10"/>
    <w:rPr>
      <w:rFonts w:ascii="Calibri" w:hAnsi="Calibri"/>
      <w:color w:val="2D3748"/>
      <w:sz w:val="20"/>
      <w:szCs w:val="20"/>
    </w:rPr>
  </w:style>
  <w:style w:type="character" w:styleId="Rimandonotaapidipagina">
    <w:name w:val="footnote reference"/>
    <w:basedOn w:val="Carpredefinitoparagrafo"/>
    <w:uiPriority w:val="99"/>
    <w:semiHidden/>
    <w:unhideWhenUsed/>
    <w:rsid w:val="00C80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1700</Words>
  <Characters>9694</Characters>
  <Application>Microsoft Office Word</Application>
  <DocSecurity>0</DocSecurity>
  <Lines>80</Lines>
  <Paragraphs>22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Alice Sbrilli</cp:lastModifiedBy>
  <cp:revision>13</cp:revision>
  <cp:lastPrinted>2026-09-28T12:31:00Z</cp:lastPrinted>
  <dcterms:created xsi:type="dcterms:W3CDTF">2026-09-09T07:53:00Z</dcterms:created>
  <dcterms:modified xsi:type="dcterms:W3CDTF">2026-10-07T14:06:00Z</dcterms:modified>
  <cp:category/>
</cp:coreProperties>
</file>